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Lord Mayor's Show 2026 - City Businesses &amp; Venues</w:t>
      </w:r>
    </w:p>
    <w:p>
      <w:pPr>
        <w:pStyle w:val="Heading2"/>
      </w:pPr>
      <w:r>
        <w:t>Who this is for</w:t>
      </w:r>
    </w:p>
    <w:p>
      <w:r>
        <w:t>Organisations with a physical presence in the City that will be open on Show day - restaurants, cafes, pubs, bars, hotels, retailers, galleries, markets, leisure venues.</w:t>
      </w:r>
    </w:p>
    <w:p>
      <w:pPr>
        <w:pStyle w:val="Heading2"/>
      </w:pPr>
      <w:r>
        <w:t>Your goal</w:t>
      </w:r>
    </w:p>
    <w:p>
      <w:r>
        <w:t>Attract visitors, emphasise your business opportunity, create a welcoming atmosphere, drive footfall.</w:t>
      </w:r>
    </w:p>
    <w:p>
      <w:pPr>
        <w:pStyle w:val="Heading2"/>
      </w:pPr>
      <w:r>
        <w:t>How to use these posts</w:t>
      </w:r>
    </w:p>
    <w:p>
      <w:r>
        <w:t>✓ Customize every post to match your organization's tone and voice</w:t>
        <w:br/>
      </w:r>
      <w:r>
        <w:t>✓ Pair each post with an image or video - visual content drives engagement</w:t>
        <w:br/>
      </w:r>
      <w:r>
        <w:t>✓ Replace placeholders [in brackets] with your specific details</w:t>
        <w:br/>
      </w:r>
      <w:r>
        <w:t>✓ Always include hashtags: #LordMayorsShow #SoulOfLondon #CityOfLondon</w:t>
        <w:br/>
      </w:r>
      <w:r>
        <w:t>✓ Tag official accounts: @lordmayorsshow (Instagram) @lordmayors_show (X) @lordmayorsshow (LinkedIn)</w:t>
        <w:br/>
      </w:r>
    </w:p>
    <w:p>
      <w:pPr>
        <w:pStyle w:val="Heading2"/>
      </w:pPr>
      <w:r>
        <w:t>Quick Reference</w:t>
      </w:r>
    </w:p>
    <w:p>
      <w:r>
        <w:rPr>
          <w:b/>
        </w:rPr>
        <w:t xml:space="preserve">Show Date: </w:t>
      </w:r>
      <w:r>
        <w:t xml:space="preserve">Saturday 14 November 2026, 11am-2pm  •  </w:t>
      </w:r>
      <w:r>
        <w:rPr>
          <w:b/>
        </w:rPr>
        <w:t xml:space="preserve">BBC One: </w:t>
      </w:r>
      <w:r>
        <w:t xml:space="preserve">10.45am  •  </w:t>
      </w:r>
      <w:r>
        <w:rPr>
          <w:b/>
        </w:rPr>
        <w:t xml:space="preserve">Website: </w:t>
      </w:r>
      <w:r>
        <w:t>lordmayorsshow.london</w:t>
      </w:r>
    </w:p>
    <w:p>
      <w:r>
        <w:br w:type="page"/>
      </w:r>
    </w:p>
    <w:p>
      <w:pPr>
        <w:pStyle w:val="Heading1"/>
      </w:pPr>
      <w:r>
        <w:t>ALL POSTS</w:t>
      </w:r>
    </w:p>
    <w:p>
      <w:pPr>
        <w:pStyle w:val="Heading2"/>
      </w:pPr>
      <w:r>
        <w:t>Pre-event: We're open</w:t>
      </w:r>
    </w:p>
    <w:p>
      <w:pPr>
        <w:pStyle w:val="Heading3"/>
      </w:pPr>
      <w:r>
        <w:t>Instagram and Facebook</w:t>
      </w:r>
    </w:p>
    <w:p>
      <w:r>
        <w:t>Heads up - we'll be open and ready on Show Day. 🐴</w:t>
        <w:br/>
        <w:br/>
        <w:t>Saturday 14 November. Hundreds of thousands of visitors. Spectacular parade. And we'll have our doors wide open.</w:t>
        <w:br/>
        <w:br/>
        <w:t>Come in before, grab a seat for the spectacle, pop back after. Or just come to celebrate the #LordMayorsShow with the best of London.</w:t>
        <w:br/>
        <w:br/>
        <w:t>📅 Saturday 14 November | 11am onwards</w:t>
        <w:br/>
        <w:t>📍 City of London</w:t>
        <w:br/>
        <w:br/>
        <w:t>@lordmayorsshow #LordMayorsShow #SoulOfLondon</w:t>
      </w:r>
    </w:p>
    <w:p/>
    <w:p>
      <w:pPr>
        <w:pStyle w:val="Heading3"/>
      </w:pPr>
      <w:r>
        <w:t>X (formerly Twitter)</w:t>
      </w:r>
    </w:p>
    <w:p>
      <w:r>
        <w:t>Big day coming. Bigger crowds. Doors open. 🐴</w:t>
        <w:br/>
        <w:br/>
        <w:t>Saturday 14 November is the #LordMayorsShow on Saturday 14 November - hundreds of thousands of visitors will pass our door. We're ready. Are you?</w:t>
        <w:br/>
        <w:br/>
        <w:t>lordmayorsshow.london @lordmayors_show #SoulOfLondon</w:t>
      </w:r>
    </w:p>
    <w:p/>
    <w:p>
      <w:pPr>
        <w:pStyle w:val="Heading3"/>
      </w:pPr>
      <w:r>
        <w:t>LinkedIn</w:t>
      </w:r>
    </w:p>
    <w:p>
      <w:r>
        <w:t>We're ready for London's biggest civic day.</w:t>
        <w:br/>
        <w:br/>
        <w:t>The Lord Mayor's Show brings hundreds of thousands of visitors to the City on Saturday 14 November. It's an opportunity for our business - doors open, customers engaged, team energised. But it's also bigger than that. It's a moment when London celebrates itself. And we're honoured to be part of it.</w:t>
        <w:br/>
        <w:br/>
        <w:t>Come see us on the day. Let's celebrate together. #LordMayorsShow #SoulOfLondon #CityOfLondon</w:t>
      </w:r>
    </w:p>
    <w:p/>
    <w:p>
      <w:pPr>
        <w:pStyle w:val="Heading2"/>
      </w:pPr>
      <w:r>
        <w:t>Pre-event: Special Show Day offer</w:t>
      </w:r>
    </w:p>
    <w:p>
      <w:pPr>
        <w:pStyle w:val="Heading3"/>
      </w:pPr>
      <w:r>
        <w:t>Instagram and Facebook</w:t>
      </w:r>
    </w:p>
    <w:p>
      <w:r>
        <w:t>Come celebrate with a special Show Day offer. 🎉</w:t>
        <w:br/>
        <w:br/>
        <w:t>The Lord Mayor's Show is Saturday 14 November - and we're marking the moment with [INSERT: a discount / a special menu / a limited-edition offering / extended hours / live music].</w:t>
        <w:br/>
        <w:br/>
        <w:t>Come early, stay late, bring friends. Make it a full day out in the City.</w:t>
        <w:br/>
        <w:br/>
        <w:t>📍 [Your location on the Show route]</w:t>
        <w:br/>
        <w:t>📅 Saturday 14 November | [Your opening hours]</w:t>
        <w:br/>
        <w:br/>
        <w:t>@lordmayorsshow #LordMayorsShow #SoulOfLondon</w:t>
      </w:r>
    </w:p>
    <w:p/>
    <w:p>
      <w:pPr>
        <w:pStyle w:val="Heading3"/>
      </w:pPr>
      <w:r>
        <w:t>X (formerly Twitter)</w:t>
      </w:r>
    </w:p>
    <w:p>
      <w:r>
        <w:t>Show Day special. [Your offer]. In the City. Saturday 14 November. 🐴</w:t>
        <w:br/>
        <w:br/>
        <w:t>Come watch the #LordMayorsShow with us. Great [food/drink/company]. Prime spot on the route. Limited availability - book now.</w:t>
        <w:br/>
        <w:br/>
        <w:t>[Link to booking] @lordmayors_show #SoulOfLondon</w:t>
      </w:r>
    </w:p>
    <w:p/>
    <w:p>
      <w:pPr>
        <w:pStyle w:val="Heading3"/>
      </w:pPr>
      <w:r>
        <w:t>LinkedIn</w:t>
      </w:r>
    </w:p>
    <w:p>
      <w:r>
        <w:t>Create an unforgettable Show Day experience.</w:t>
        <w:br/>
        <w:br/>
        <w:t>When hundreds of thousands of Londoners converge on the Square Mile for the Lord Mayor's Show, hospitality matters. The right welcome. The right offering. The right moment to delight customers and build loyalty.</w:t>
        <w:br/>
        <w:br/>
        <w:t>We're marking Saturday 14 November with [special offer details]. It's our way of saying thank you for choosing us, and our way of celebrating what makes London great.</w:t>
        <w:br/>
        <w:br/>
        <w:t>Book now to secure your spot. #LordMayorsShow #SoulOfLondon #CityOfLondon</w:t>
      </w:r>
    </w:p>
    <w:p/>
    <w:p>
      <w:pPr>
        <w:pStyle w:val="Heading2"/>
      </w:pPr>
      <w:r>
        <w:t>Pre-event: Practical preparation</w:t>
      </w:r>
    </w:p>
    <w:p>
      <w:pPr>
        <w:pStyle w:val="Heading3"/>
      </w:pPr>
      <w:r>
        <w:t>Instagram and Facebook</w:t>
      </w:r>
    </w:p>
    <w:p>
      <w:r>
        <w:t>Getting ready for Saturday 14 November. 📋</w:t>
        <w:br/>
        <w:br/>
        <w:t>The #LordMayorsShow brings hundreds of thousands of visitors to the City. We're stocking up, staffing up, and opening up.</w:t>
        <w:br/>
        <w:br/>
        <w:t>If you're planning to visit the City, book early, arrive early, and expect queues. But trust us - it's worth it for a day like this.</w:t>
        <w:br/>
        <w:br/>
        <w:t>See you on the route!</w:t>
        <w:br/>
        <w:br/>
        <w:t>@lordmayorsshow #LordMayorsShow #SoulOfLondon</w:t>
      </w:r>
    </w:p>
    <w:p/>
    <w:p>
      <w:pPr>
        <w:pStyle w:val="Heading3"/>
      </w:pPr>
      <w:r>
        <w:t>X (formerly Twitter)</w:t>
      </w:r>
    </w:p>
    <w:p>
      <w:r>
        <w:t>Big prep day ahead! Stocking up for the #LordMayorsShow rush. Doors open Saturday 14 November. Get ready for crowds, celebration, and the #SoulOfLondon. 🐴 @lordmayors_show</w:t>
      </w:r>
    </w:p>
    <w:p/>
    <w:p>
      <w:pPr>
        <w:pStyle w:val="Heading3"/>
      </w:pPr>
      <w:r>
        <w:t>LinkedIn</w:t>
      </w:r>
    </w:p>
    <w:p>
      <w:r>
        <w:t>Operational excellence on London's biggest day.</w:t>
        <w:br/>
        <w:br/>
        <w:t>Saturday 14 November, the Lord Mayor's Show brings unprecedented footfall to the City. For hospitality and retail, it's an exercise in planning, coordination, and flawless execution. Extra staffing. Stocked inventory. Enhanced service. It all has to work seamlessly.</w:t>
        <w:br/>
        <w:br/>
        <w:t>We're ready. Our team is energised. Our offering is prepared. Come celebrate with us. #LordMayorsShow #SoulOfLondon #CityOfLondon</w:t>
      </w:r>
    </w:p>
    <w:p/>
    <w:p>
      <w:pPr>
        <w:pStyle w:val="Heading2"/>
      </w:pPr>
      <w:r>
        <w:t>On-the-day: Welcome</w:t>
      </w:r>
    </w:p>
    <w:p>
      <w:pPr>
        <w:pStyle w:val="Heading3"/>
      </w:pPr>
      <w:r>
        <w:t>Instagram and Facebook Stories</w:t>
      </w:r>
    </w:p>
    <w:p>
      <w:r>
        <w:t>Welcome! 👋🐴</w:t>
        <w:br/>
        <w:br/>
        <w:t>We're open, we're ready, we're excited. The #LordMayorsShow is happening right now on our doorstep. Pop in out of the crowd, grab a [drink/bite/moment], soak up the atmosphere.</w:t>
        <w:br/>
        <w:br/>
        <w:t>We saved you a seat.</w:t>
        <w:br/>
        <w:br/>
        <w:t>@lordmayorsshow #SoulOfLondon #LordMayorsShow</w:t>
      </w:r>
    </w:p>
    <w:p/>
    <w:p>
      <w:pPr>
        <w:pStyle w:val="Heading3"/>
      </w:pPr>
      <w:r>
        <w:t>X (formerly Twitter)</w:t>
      </w:r>
    </w:p>
    <w:p>
      <w:r>
        <w:t>OPEN NOW. Come in from the cold/heat. The #LordMayorsShow is incredible. Share it with us. 🐴</w:t>
        <w:br/>
        <w:br/>
        <w:t>@lordmayors_show #SoulOfLondon</w:t>
      </w:r>
    </w:p>
    <w:p/>
    <w:p>
      <w:pPr>
        <w:pStyle w:val="Heading3"/>
      </w:pPr>
      <w:r>
        <w:t>LinkedIn</w:t>
      </w:r>
    </w:p>
    <w:p>
      <w:r>
        <w:t>Join us in celebrating.</w:t>
        <w:br/>
        <w:br/>
        <w:t>The Lord Mayor's Show is happening right now. Hundreds of thousands of Londoners are in the streets, witnessing one of the world's oldest civic processions. And we're here - ready to welcome them, serve them, celebrate with them.</w:t>
        <w:br/>
        <w:br/>
        <w:t>Come in. Experience the Show from our perspective. Be part of this moment with us. #LordMayorsShow #SoulOfLondon #CityOfLondon</w:t>
      </w:r>
    </w:p>
    <w:p/>
    <w:p>
      <w:pPr>
        <w:pStyle w:val="Heading2"/>
      </w:pPr>
      <w:r>
        <w:t>On-the-day: Share the energy</w:t>
      </w:r>
    </w:p>
    <w:p>
      <w:pPr>
        <w:pStyle w:val="Heading3"/>
      </w:pPr>
      <w:r>
        <w:t>Instagram and Facebook Stories/Live</w:t>
      </w:r>
    </w:p>
    <w:p>
      <w:r>
        <w:t>You can feel the energy. 🐴✨</w:t>
        <w:br/>
        <w:br/>
        <w:t>We've got the best seat in the house - and so can you. The floats are rolling. The crowds are roaring. And we're celebrating right here at [your location].</w:t>
        <w:br/>
        <w:br/>
        <w:t>Who's joining us?</w:t>
        <w:br/>
        <w:br/>
        <w:t>@lordmayorsshow #LordMayorsShow #SoulOfLondon #Live</w:t>
      </w:r>
    </w:p>
    <w:p/>
    <w:p>
      <w:pPr>
        <w:pStyle w:val="Heading3"/>
      </w:pPr>
      <w:r>
        <w:t>X (formerly Twitter)</w:t>
      </w:r>
    </w:p>
    <w:p>
      <w:r>
        <w:t>Full house. Full heart. #LordMayorsShow in full flow. If you want a spot, we've still got room. 🐴 @lordmayors_show</w:t>
      </w:r>
    </w:p>
    <w:p/>
    <w:p>
      <w:pPr>
        <w:pStyle w:val="Heading3"/>
      </w:pPr>
      <w:r>
        <w:t>LinkedIn</w:t>
      </w:r>
    </w:p>
    <w:p>
      <w:r>
        <w:t>This is why we're here.</w:t>
        <w:br/>
        <w:br/>
        <w:t>The energy in the City right now is unforgettable. Our guests are celebrating. Our team is energised. We're part of something bigger than business - we're part of London celebrating itself.</w:t>
        <w:br/>
        <w:br/>
        <w:t>This is civic pride made tangible. This is community. This is the #SoulOfLondon. #LordMayorsShow</w:t>
      </w:r>
    </w:p>
    <w:p/>
    <w:p>
      <w:pPr>
        <w:pStyle w:val="Heading2"/>
      </w:pPr>
      <w:r>
        <w:t>On-the-day: Call to action</w:t>
      </w:r>
    </w:p>
    <w:p>
      <w:pPr>
        <w:pStyle w:val="Heading3"/>
      </w:pPr>
      <w:r>
        <w:t>Instagram and Facebook</w:t>
      </w:r>
    </w:p>
    <w:p>
      <w:r>
        <w:t>Still time to pop in! 🐴</w:t>
        <w:br/>
        <w:br/>
        <w:t>No plans today? The #LordMayorsShow is here. Grab your crew, come to [location], watch the procession with us, celebrate 800 years of London tradition.</w:t>
        <w:br/>
        <w:br/>
        <w:t>The crowds are epic. The floats are incredible. The energy is electric.</w:t>
        <w:br/>
        <w:br/>
        <w:t>@lordmayorsshow #LordMayorsShow #SoulOfLondon</w:t>
      </w:r>
    </w:p>
    <w:p/>
    <w:p>
      <w:pPr>
        <w:pStyle w:val="Heading3"/>
      </w:pPr>
      <w:r>
        <w:t>X (formerly Twitter)</w:t>
      </w:r>
    </w:p>
    <w:p>
      <w:r>
        <w:t>The #LordMayorsShow is HERE. Come join us. Best views. Best company. Best day. 🐴 @lordmayors_show #SoulOfLondon</w:t>
      </w:r>
    </w:p>
    <w:p/>
    <w:p>
      <w:pPr>
        <w:pStyle w:val="Heading3"/>
      </w:pPr>
      <w:r>
        <w:t>LinkedIn</w:t>
      </w:r>
    </w:p>
    <w:p>
      <w:r>
        <w:t>Make this moment matter.</w:t>
        <w:br/>
        <w:br/>
        <w:t>If you're not sure what you're doing today - stop thinking. The Lord Mayor's Show is a once-a-year civic moment. Grab your friends, your colleagues, your family. Come experience London celebrating itself. Come witness tradition meeting modern London. Come be part of the #SoulOfLondon.</w:t>
        <w:br/>
        <w:br/>
        <w:t>We're here. We're ready. We're waiting for you. #LordMayorsShow</w:t>
      </w:r>
    </w:p>
    <w:p/>
    <w:p>
      <w:pPr>
        <w:pStyle w:val="Heading2"/>
      </w:pPr>
      <w:r>
        <w:t>Post-event: What a day</w:t>
      </w:r>
    </w:p>
    <w:p>
      <w:pPr>
        <w:pStyle w:val="Heading3"/>
      </w:pPr>
      <w:r>
        <w:t>Instagram and Facebook</w:t>
      </w:r>
    </w:p>
    <w:p>
      <w:r>
        <w:t>What a day. Thank you. 🐴✨</w:t>
        <w:br/>
        <w:br/>
        <w:t>Hundreds of thousands of visitors. Countless conversations. Non-stop action. The #LordMayorsShow at our door was unforgettable.</w:t>
        <w:br/>
        <w:br/>
        <w:t>Thank you to everyone who came in, celebrated with us, and made it special. See you next year.</w:t>
        <w:br/>
        <w:br/>
        <w:t>@lordmayorsshow #LordMayorsShow #SoulOfLondon #CityOfLondon</w:t>
      </w:r>
    </w:p>
    <w:p/>
    <w:p>
      <w:pPr>
        <w:pStyle w:val="Heading3"/>
      </w:pPr>
      <w:r>
        <w:t>X (formerly Twitter)</w:t>
      </w:r>
    </w:p>
    <w:p>
      <w:r>
        <w:t>Exhausted. Exhilarated. Grateful. Thank you to everyone who joined us for the #LordMayorsShow. See you 2027. 🐴</w:t>
        <w:br/>
        <w:br/>
        <w:t>@lordmayors_show #SoulOfLondon</w:t>
      </w:r>
    </w:p>
    <w:p/>
    <w:p>
      <w:pPr>
        <w:pStyle w:val="Heading3"/>
      </w:pPr>
      <w:r>
        <w:t>LinkedIn</w:t>
      </w:r>
    </w:p>
    <w:p>
      <w:r>
        <w:t>That's what business impact looks like.</w:t>
        <w:br/>
        <w:br/>
        <w:t>Hundreds of thousands of visitors. Exceptional customer moments. Team energy that doesn't fade. Bottom-line performance that will set records. But more than that - the knowledge that we were part of something civic. Something that mattered. Something that brought London together.</w:t>
        <w:br/>
        <w:br/>
        <w:t>The Lord Mayor's Show 2026 is done. The impact ripples on. Thank you to everyone who was part of our story on the day. See you in 2027. #LordMayorsShow #SoulOfLondon #CityOfLondon</w:t>
      </w:r>
    </w:p>
    <w:p/>
    <w:p>
      <w:pPr>
        <w:pStyle w:val="Heading2"/>
      </w:pPr>
      <w:r>
        <w:t>Post-event: Highlights and customer stories</w:t>
      </w:r>
    </w:p>
    <w:p>
      <w:pPr>
        <w:pStyle w:val="Heading3"/>
      </w:pPr>
      <w:r>
        <w:t>Instagram and Facebook</w:t>
      </w:r>
    </w:p>
    <w:p>
      <w:r>
        <w:t>Highlights from our Show Day. 📸🐴</w:t>
        <w:br/>
        <w:br/>
        <w:t>[Share photos/videos from your venue on the day - customers celebrating, floats passing your door, team moments, laughter, joy]</w:t>
        <w:br/>
        <w:br/>
        <w:t>These moments make the year. Thank you to everyone who was part of our #LordMayorsShow story.</w:t>
        <w:br/>
        <w:br/>
        <w:t>@lordmayorsshow #LordMayorsShow #SoulOfLondon #UserGenerated</w:t>
      </w:r>
    </w:p>
    <w:p/>
    <w:p>
      <w:pPr>
        <w:pStyle w:val="Heading2"/>
      </w:pPr>
      <w:r>
        <w:t>Post-event: Next year</w:t>
      </w:r>
    </w:p>
    <w:p>
      <w:pPr>
        <w:pStyle w:val="Heading3"/>
      </w:pPr>
      <w:r>
        <w:t>Instagram and Facebook</w:t>
      </w:r>
    </w:p>
    <w:p>
      <w:r>
        <w:t>Same time next year? 🐴📅</w:t>
        <w:br/>
        <w:br/>
        <w:t>If you haven't already, mark Saturday 14 November 2027 in your calendar. The #LordMayorsShow is coming back. And we can't wait to welcome you again.</w:t>
        <w:br/>
        <w:br/>
        <w:t>In the meantime - thank you for being part of this year's magic.</w:t>
        <w:br/>
        <w:br/>
        <w:t>@lordmayorsshow #LordMayorsShow #SoulOfLondon #CityOfLondon</w:t>
      </w:r>
    </w:p>
    <w:p/>
    <w:p/>
    <w:p>
      <w:r>
        <w:rPr>
          <w:i/>
          <w:sz w:val="18"/>
        </w:rPr>
        <w:t>Updated: May 2026  |  For questions or assets, contact lms@cityoflondon.gov.uk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