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Lord Mayor's Show 2026 - Community Stakeholders</w:t>
      </w:r>
    </w:p>
    <w:p>
      <w:pPr>
        <w:pStyle w:val="Heading2"/>
      </w:pPr>
      <w:r>
        <w:t>Who this is for</w:t>
      </w:r>
    </w:p>
    <w:p>
      <w:r>
        <w:t>Community organisations and stakeholders without a direct role in the Show - residents' associations, community charities, schools, faith communities, neighbourhood organisations, local media and anyone amplifying the Show to their networks.</w:t>
      </w:r>
    </w:p>
    <w:p>
      <w:pPr>
        <w:pStyle w:val="Heading2"/>
      </w:pPr>
      <w:r>
        <w:t>Your goal</w:t>
      </w:r>
    </w:p>
    <w:p>
      <w:r>
        <w:t>Encourage participation and spectatorship, drive attendance, spread awareness, build community pride.</w:t>
      </w:r>
    </w:p>
    <w:p>
      <w:pPr>
        <w:pStyle w:val="Heading2"/>
      </w:pPr>
      <w:r>
        <w:t>How to use these posts</w:t>
      </w:r>
    </w:p>
    <w:p>
      <w:r>
        <w:t>✓ Customize every post to match your organization's tone and voice</w:t>
        <w:br/>
      </w:r>
      <w:r>
        <w:t>✓ Pair each post with an image or video - visual content drives engagement</w:t>
        <w:br/>
      </w:r>
      <w:r>
        <w:t>✓ Replace placeholders [in brackets] with your specific details</w:t>
        <w:br/>
      </w:r>
      <w:r>
        <w:t>✓ Always include hashtags: #LordMayorsShow #SoulOfLondon #CityOfLondon</w:t>
        <w:br/>
      </w:r>
      <w:r>
        <w:t>✓ Tag official accounts: @lordmayorsshow (Instagram) @lordmayors_show (X) @lordmayorsshow (LinkedIn)</w:t>
        <w:br/>
      </w:r>
    </w:p>
    <w:p>
      <w:pPr>
        <w:pStyle w:val="Heading2"/>
      </w:pPr>
      <w:r>
        <w:t>Quick Reference</w:t>
      </w:r>
    </w:p>
    <w:p>
      <w:r>
        <w:rPr>
          <w:b/>
        </w:rPr>
        <w:t xml:space="preserve">Show Date: </w:t>
      </w:r>
      <w:r>
        <w:t xml:space="preserve">Saturday 14 November 2026, 11am-2pm  •  </w:t>
      </w:r>
      <w:r>
        <w:rPr>
          <w:b/>
        </w:rPr>
        <w:t xml:space="preserve">BBC One: </w:t>
      </w:r>
      <w:r>
        <w:t xml:space="preserve">10.45am  •  </w:t>
      </w:r>
      <w:r>
        <w:rPr>
          <w:b/>
        </w:rPr>
        <w:t xml:space="preserve">Website: </w:t>
      </w:r>
      <w:r>
        <w:t>lordmayorsshow.london</w:t>
      </w:r>
    </w:p>
    <w:p>
      <w:r>
        <w:br w:type="page"/>
      </w:r>
    </w:p>
    <w:p>
      <w:pPr>
        <w:pStyle w:val="Heading1"/>
      </w:pPr>
      <w:r>
        <w:t>ALL POSTS</w:t>
      </w:r>
    </w:p>
    <w:p>
      <w:pPr>
        <w:pStyle w:val="Heading2"/>
      </w:pPr>
      <w:r>
        <w:t>Pre-event: Join us</w:t>
      </w:r>
    </w:p>
    <w:p>
      <w:pPr>
        <w:pStyle w:val="Heading3"/>
      </w:pPr>
      <w:r>
        <w:t>Instagram and Facebook</w:t>
      </w:r>
    </w:p>
    <w:p>
      <w:r>
        <w:t>One of London's greatest free days out is coming. And you need to be there. 🐴</w:t>
        <w:br/>
        <w:br/>
        <w:t>Saturday 14 November. The Lord Mayor's Show. Hundreds of floats. Thousands of participants. Hundreds of thousands of spectators celebrating 800 years of civic tradition.</w:t>
        <w:br/>
        <w:br/>
        <w:t>Bring your family. Bring your friends. Bring your community. It's free. It's spectacular. It's unmissable.</w:t>
        <w:br/>
        <w:br/>
        <w:t>📅 Saturday 14 November | 11am-2pm</w:t>
        <w:br/>
        <w:t>📍 City of London</w:t>
        <w:br/>
        <w:br/>
        <w:t>Plan your day: lordmayorsshow.london @lordmayorsshow #LordMayorsShow #SoulOfLondon</w:t>
      </w:r>
    </w:p>
    <w:p/>
    <w:p>
      <w:pPr>
        <w:pStyle w:val="Heading3"/>
      </w:pPr>
      <w:r>
        <w:t>X (formerly Twitter)</w:t>
      </w:r>
    </w:p>
    <w:p>
      <w:r>
        <w:t>Saturday 14 November. 11am. Free. The #LordMayorsShow. Bring everyone. 🐴</w:t>
        <w:br/>
        <w:br/>
        <w:t>One of London's greatest days out. Plan your route: lordmayorsshow.london @lordmayors_show #SoulOfLondon</w:t>
      </w:r>
    </w:p>
    <w:p/>
    <w:p>
      <w:pPr>
        <w:pStyle w:val="Heading3"/>
      </w:pPr>
      <w:r>
        <w:t>LinkedIn</w:t>
      </w:r>
    </w:p>
    <w:p>
      <w:r>
        <w:t>One of London's most historic civic moments - and it's free to attend.</w:t>
        <w:br/>
        <w:br/>
        <w:t>The Lord Mayor's Show is Saturday 14 November. More than 800 years of tradition. Thousands of participants representing charities, livery companies, schools, cultural institutions, and communities from across London. Hundreds of thousands of spectators. All celebrating what makes London a thriving, civic-minded, inclusive city.</w:t>
        <w:br/>
        <w:br/>
        <w:t>Bring your family, your colleagues, your community. Come witness London celebrating itself. Come be part of the #SoulOfLondon.</w:t>
        <w:br/>
        <w:br/>
        <w:t>lordmayorsshow.london @lordmayorsshow #LordMayorsShow</w:t>
      </w:r>
    </w:p>
    <w:p/>
    <w:p>
      <w:pPr>
        <w:pStyle w:val="Heading2"/>
      </w:pPr>
      <w:r>
        <w:t>Pre-event: Spread the word</w:t>
      </w:r>
    </w:p>
    <w:p>
      <w:pPr>
        <w:pStyle w:val="Heading3"/>
      </w:pPr>
      <w:r>
        <w:t>Instagram and Facebook</w:t>
      </w:r>
    </w:p>
    <w:p>
      <w:r>
        <w:t>Pass it on. 📣</w:t>
        <w:br/>
        <w:br/>
        <w:t>Know someone who'd love the Lord Mayor's Show? Family who haven't been? Friends who need cheering up? Tell them about Saturday 14 November.</w:t>
        <w:br/>
        <w:br/>
        <w:t>It's the kind of day that brings people together - and everyone's invited.</w:t>
        <w:br/>
        <w:br/>
        <w:t>@lordmayorsshow lordmayorsshow.london #LordMayorsShow #SoulOfLondon #ShareTheJoy</w:t>
      </w:r>
    </w:p>
    <w:p/>
    <w:p>
      <w:pPr>
        <w:pStyle w:val="Heading3"/>
      </w:pPr>
      <w:r>
        <w:t>X (formerly Twitter)</w:t>
      </w:r>
    </w:p>
    <w:p>
      <w:r>
        <w:t>Tell your crew. Tell your community. Saturday 14 November. The #LordMayorsShow. Free. Unmissable. 🐴</w:t>
        <w:br/>
        <w:br/>
        <w:t>Plan your visit: lordmayorsshow.london @lordmayors_show #SoulOfLondon</w:t>
      </w:r>
    </w:p>
    <w:p/>
    <w:p>
      <w:pPr>
        <w:pStyle w:val="Heading3"/>
      </w:pPr>
      <w:r>
        <w:t>LinkedIn</w:t>
      </w:r>
    </w:p>
    <w:p>
      <w:r>
        <w:t>Why I'm amplifying the Lord Mayor's Show this year.</w:t>
        <w:br/>
        <w:br/>
        <w:t>The Lord Mayor's Show is one of London's most historic civic moments. As someone embedded in our community - whether that's a neighbourhood, a faith community, a school, or an organisation - I'm spreading the word because this day matters.</w:t>
        <w:br/>
        <w:br/>
        <w:t>It's free. It's spectacular. It connects us to 800 years of London history. And it's an opportunity for everyone in our community to experience what civic pride looks like when hundreds of thousands of Londoners gather together.</w:t>
        <w:br/>
        <w:br/>
        <w:t>Saturday 14 November. I'm going. I hope you'll come too. #LordMayorsShow #SoulOfLondon #CommunityPride</w:t>
      </w:r>
    </w:p>
    <w:p/>
    <w:p>
      <w:pPr>
        <w:pStyle w:val="Heading2"/>
      </w:pPr>
      <w:r>
        <w:t>Pre-event: Planning guide</w:t>
      </w:r>
    </w:p>
    <w:p>
      <w:pPr>
        <w:pStyle w:val="Heading3"/>
      </w:pPr>
      <w:r>
        <w:t>Instagram and Facebook</w:t>
      </w:r>
    </w:p>
    <w:p>
      <w:r>
        <w:t>First time at the #LordMayorsShow? Here's what to know. 📋</w:t>
        <w:br/>
        <w:br/>
        <w:t>▪️ The route: Mansion House to Royal Courts of Justice (via Cheapside, St Paul's, Embankment, Victoria Street)</w:t>
        <w:br/>
        <w:t>▪️ Arrive early - streets fill up from 10am</w:t>
        <w:br/>
        <w:t>▪️ Use public transport (expect delays)</w:t>
        <w:br/>
        <w:t>▪️ Bring a friend, a blanket, a picnic</w:t>
        <w:br/>
        <w:t>▪️ Or watch BBC One from 10.45am</w:t>
        <w:br/>
        <w:t>▪️ Most importantly - soak it in</w:t>
        <w:br/>
        <w:br/>
        <w:t>Full details: lordmayorsshow.london</w:t>
        <w:br/>
        <w:br/>
        <w:t>@lordmayorsshow #LordMayorsShow #SoulOfLondon #FirstTimer</w:t>
      </w:r>
    </w:p>
    <w:p/>
    <w:p>
      <w:pPr>
        <w:pStyle w:val="Heading3"/>
      </w:pPr>
      <w:r>
        <w:t>X (formerly Twitter)</w:t>
      </w:r>
    </w:p>
    <w:p>
      <w:r>
        <w:t>First time? Here's what you need to know. The #LordMayorsShow is free, on Saturday 14 November, 11am-2pm. Get there early. Bring water. Wear comfy shoes. You won't regret it. 🐴 @lordmayors_show #SoulOfLondon</w:t>
      </w:r>
    </w:p>
    <w:p/>
    <w:p>
      <w:pPr>
        <w:pStyle w:val="Heading3"/>
      </w:pPr>
      <w:r>
        <w:t>LinkedIn</w:t>
      </w:r>
    </w:p>
    <w:p>
      <w:r>
        <w:t>Your first Lord Mayor's Show - what to expect (and why you should go).</w:t>
        <w:br/>
        <w:br/>
        <w:t>If you've never experienced this civic ceremony, Saturday 14 November is your chance to join one of the world's oldest processions. What you'll witness is a three-hour spectacle combining centuries of London tradition with the energy and diversity of modern London - all completely free.</w:t>
        <w:br/>
        <w:br/>
        <w:t>The route runs from Mansion House through the City, past St Paul's Cathedral and down to the Royal Courts of Justice. Hundreds of floats representing charities, livery companies, schools, cultural institutions, and community organisations. Thousands of participants. Hundreds of thousands of spectators.</w:t>
        <w:br/>
        <w:br/>
        <w:t>Arrive early (10am onwards), bring water and comfortable shoes, and bring your phone - you'll want to capture this moment.</w:t>
        <w:br/>
        <w:br/>
        <w:t>Plan your day: lordmayorsshow.london #LordMayorsShow #SoulOfLondon #CityOfLondon</w:t>
      </w:r>
    </w:p>
    <w:p/>
    <w:p>
      <w:pPr>
        <w:pStyle w:val="Heading2"/>
      </w:pPr>
      <w:r>
        <w:t>On-the-day: It's here</w:t>
      </w:r>
    </w:p>
    <w:p>
      <w:pPr>
        <w:pStyle w:val="Heading3"/>
      </w:pPr>
      <w:r>
        <w:t>Instagram and Facebook</w:t>
      </w:r>
    </w:p>
    <w:p>
      <w:r>
        <w:t>It's happening. The #SoulOfLondon is here. 🐴🎉</w:t>
        <w:br/>
        <w:br/>
        <w:t>Right now, the streets are alive. If you're in the City - get outside. If you're at home - BBC One is live from 10.45am.</w:t>
        <w:br/>
        <w:br/>
        <w:t>This is the moment. Hundreds of thousands celebrating together. This is London.</w:t>
        <w:br/>
        <w:br/>
        <w:t>@lordmayorsshow #LordMayorsShow #SoulOfLondon #Live</w:t>
      </w:r>
    </w:p>
    <w:p/>
    <w:p>
      <w:pPr>
        <w:pStyle w:val="Heading3"/>
      </w:pPr>
      <w:r>
        <w:t>X (formerly Twitter)</w:t>
      </w:r>
    </w:p>
    <w:p>
      <w:r>
        <w:t>LIVE NOW: #LordMayorsShow 🐴 The streets are packed. The energy is real. The floats are spectacular. @lordmayors_show #SoulOfLondon</w:t>
      </w:r>
    </w:p>
    <w:p/>
    <w:p>
      <w:pPr>
        <w:pStyle w:val="Heading3"/>
      </w:pPr>
      <w:r>
        <w:t>LinkedIn</w:t>
      </w:r>
    </w:p>
    <w:p>
      <w:r>
        <w:t>The day is here. The City is alive. 🐴🏛️</w:t>
        <w:br/>
        <w:br/>
        <w:t>The #LordMayorsShow 2026 is unfolding across London - a spectacular showcase of our city's heritage, culture, and future. Hundreds of thousands of Londoners are in the streets right now, witnessing one of the world's oldest civic processions.</w:t>
        <w:br/>
        <w:br/>
        <w:t>Whether you're out there in person or joining via BBC One, this is the #SoulOfLondon.</w:t>
        <w:br/>
        <w:br/>
        <w:t>@lordmayors_show #LordMayorsShow</w:t>
      </w:r>
    </w:p>
    <w:p/>
    <w:p>
      <w:pPr>
        <w:pStyle w:val="Heading2"/>
      </w:pPr>
      <w:r>
        <w:t>On-the-day: Share and celebrate</w:t>
      </w:r>
    </w:p>
    <w:p>
      <w:pPr>
        <w:pStyle w:val="Heading3"/>
      </w:pPr>
      <w:r>
        <w:t>Instagram and Facebook</w:t>
      </w:r>
    </w:p>
    <w:p>
      <w:r>
        <w:t>Share your moment. 📸</w:t>
        <w:br/>
        <w:br/>
        <w:t>Spot something brilliant? Snap it. Film it. Share it with us. Tag @lordmayorsshow and use #LordMayorsShow so we can celebrate your moment.</w:t>
        <w:br/>
        <w:br/>
        <w:t>Your photos are part of this story.</w:t>
        <w:br/>
        <w:br/>
        <w:t>#SoulOfLondon #Live #LordMayorsShow</w:t>
      </w:r>
    </w:p>
    <w:p/>
    <w:p>
      <w:pPr>
        <w:pStyle w:val="Heading3"/>
      </w:pPr>
      <w:r>
        <w:t>X (formerly Twitter)</w:t>
      </w:r>
    </w:p>
    <w:p>
      <w:r>
        <w:t>Seeing brilliant things out there? Share them with us. Tag @lordmayors_show #LordMayorsShow #SoulOfLondon - we're following everything.</w:t>
      </w:r>
    </w:p>
    <w:p/>
    <w:p>
      <w:pPr>
        <w:pStyle w:val="Heading3"/>
      </w:pPr>
      <w:r>
        <w:t>LinkedIn</w:t>
      </w:r>
    </w:p>
    <w:p>
      <w:r>
        <w:t>Living the Lord Mayor's Show moment together.</w:t>
        <w:br/>
        <w:br/>
        <w:t>Whether you're watching in the streets, from an office window, from your sofa at home, or somewhere in between - you're part of this. The Show happens because people gather, witness, and share the experience.</w:t>
        <w:br/>
        <w:br/>
        <w:t>Today, hundreds of thousands of people across London are having the same moment at the same time. That connection - that shared civic experience - is what makes this day matter.</w:t>
        <w:br/>
        <w:br/>
        <w:t>Where are you experiencing the Show from? Who are you with? What does this moment mean to you?</w:t>
        <w:br/>
        <w:br/>
        <w:t>Share your perspective. Tag @lordmayorsshow #LordMayorsShow #SoulOfLondon #CityOfLondon</w:t>
      </w:r>
    </w:p>
    <w:p/>
    <w:p>
      <w:pPr>
        <w:pStyle w:val="Heading2"/>
      </w:pPr>
      <w:r>
        <w:t>On-the-day: Bring friends and family</w:t>
      </w:r>
    </w:p>
    <w:p>
      <w:pPr>
        <w:pStyle w:val="Heading3"/>
      </w:pPr>
      <w:r>
        <w:t>Instagram and Facebook Stories</w:t>
      </w:r>
    </w:p>
    <w:p>
      <w:r>
        <w:t>Still time to get everyone you love here. 🐴</w:t>
        <w:br/>
        <w:br/>
        <w:t>If you're already at the Show - bring more people. The crowds are incredible. The energy is contagious. Everyone's welcome.</w:t>
        <w:br/>
        <w:br/>
        <w:t>This is your city. This is your moment.</w:t>
        <w:br/>
        <w:br/>
        <w:t>@lordmayorsshow #LordMayorsShow #SoulOfLondon #BringEveryoneYouLove</w:t>
      </w:r>
    </w:p>
    <w:p/>
    <w:p>
      <w:pPr>
        <w:pStyle w:val="Heading3"/>
      </w:pPr>
      <w:r>
        <w:t>X (formerly Twitter)</w:t>
      </w:r>
    </w:p>
    <w:p>
      <w:r>
        <w:t>Still time. Bring everyone. The #LordMayorsShow is magic. 🐴 @lordmayors_show #SoulOfLondon</w:t>
      </w:r>
    </w:p>
    <w:p/>
    <w:p>
      <w:pPr>
        <w:pStyle w:val="Heading3"/>
      </w:pPr>
      <w:r>
        <w:t>LinkedIn</w:t>
      </w:r>
    </w:p>
    <w:p>
      <w:r>
        <w:t>Bring the people you care about.</w:t>
        <w:br/>
        <w:br/>
        <w:t>If you're experiencing the Lord Mayor's Show right now, think about the people in your life who'd love this moment - your colleagues, your friends, your family, your community. The beauty of this day is that it's made for sharing. The crowds are spectacular. The energy is contagious. Everyone's welcome.</w:t>
        <w:br/>
        <w:br/>
        <w:t>Bring them in. This is your city. This is your moment. #LordMayorsShow #SoulOfLondon #CommunityPride</w:t>
      </w:r>
    </w:p>
    <w:p/>
    <w:p>
      <w:pPr>
        <w:pStyle w:val="Heading2"/>
      </w:pPr>
      <w:r>
        <w:t>Post-event: Thank you</w:t>
      </w:r>
    </w:p>
    <w:p>
      <w:pPr>
        <w:pStyle w:val="Heading3"/>
      </w:pPr>
      <w:r>
        <w:t>Instagram and Facebook</w:t>
      </w:r>
    </w:p>
    <w:p>
      <w:r>
        <w:t>Thank you. What an incredible community we are. 🐴✨</w:t>
        <w:br/>
        <w:br/>
        <w:t>Hundreds of thousands of you on the streets. Cheering. Celebrating. Coming together. This is the #SoulOfLondon.</w:t>
        <w:br/>
        <w:br/>
        <w:t>Thank you for bringing your family, your friends, your spirit. See you next year on Saturday 14 November 2027.</w:t>
        <w:br/>
        <w:br/>
        <w:t>@lordmayorsshow #LordMayorsShow #SoulOfLondon #CommunitySpirit</w:t>
      </w:r>
    </w:p>
    <w:p/>
    <w:p>
      <w:pPr>
        <w:pStyle w:val="Heading3"/>
      </w:pPr>
      <w:r>
        <w:t>X (formerly Twitter)</w:t>
      </w:r>
    </w:p>
    <w:p>
      <w:r>
        <w:t>Thank you, London. The #LordMayorsShow was unforgettable because of you. Hundreds of thousands celebrating together. This is who we are. 🐴 @lordmayors_show #SoulOfLondon</w:t>
      </w:r>
    </w:p>
    <w:p/>
    <w:p>
      <w:pPr>
        <w:pStyle w:val="Heading3"/>
      </w:pPr>
      <w:r>
        <w:t>LinkedIn</w:t>
      </w:r>
    </w:p>
    <w:p>
      <w:r>
        <w:t>Thank you for being the heart of the Lord Mayor's Show.</w:t>
        <w:br/>
        <w:br/>
        <w:t>Hundreds of thousands of you lined the streets. You brought your families, your friends, your colleagues. You cheered. You celebrated. You witnessed. You made it real.</w:t>
        <w:br/>
        <w:br/>
        <w:t>The floats were spectacular because of your attention. The parade was meaningful because of your presence. The day was memorable because you showed up and made it matter.</w:t>
        <w:br/>
        <w:br/>
        <w:t>This is civic engagement at its best - not just observing, but being part of something that's larger than ourselves. Something that connects us to 800 years of London history and to each other.</w:t>
        <w:br/>
        <w:br/>
        <w:t>Thank you for the #SoulOfLondon. See you next year. 🐴 #LordMayorsShow #CivicPride #CityOfLondon</w:t>
      </w:r>
    </w:p>
    <w:p/>
    <w:p>
      <w:pPr>
        <w:pStyle w:val="Heading2"/>
      </w:pPr>
      <w:r>
        <w:t>Post-event: Relive and remember</w:t>
      </w:r>
    </w:p>
    <w:p>
      <w:pPr>
        <w:pStyle w:val="Heading3"/>
      </w:pPr>
      <w:r>
        <w:t>Instagram and Facebook</w:t>
      </w:r>
    </w:p>
    <w:p>
      <w:r>
        <w:t>Relive it. Share it. Remember it. 🎬🐴</w:t>
        <w:br/>
        <w:br/>
        <w:t>If you missed the #LordMayorsShow, or want to see it all again, the full procession is on BBC iPlayer. Highlights coming to social media.</w:t>
        <w:br/>
        <w:br/>
        <w:t>And if you have photos or videos from your day - tag us. Your memories matter.</w:t>
        <w:br/>
        <w:br/>
        <w:t>@lordmayorsshow @bbcone #LordMayorsShow #SoulOfLondon</w:t>
      </w:r>
    </w:p>
    <w:p/>
    <w:p>
      <w:pPr>
        <w:pStyle w:val="Heading3"/>
      </w:pPr>
      <w:r>
        <w:t>X (formerly Twitter)</w:t>
      </w:r>
    </w:p>
    <w:p>
      <w:r>
        <w:t>Missed it? Full coverage on BBC iPlayer. Want to relive it? Highlights coming. Have photos? Tag @lordmayors_show #LordMayorsShow. Your memories matter. 🐴</w:t>
      </w:r>
    </w:p>
    <w:p/>
    <w:p>
      <w:pPr>
        <w:pStyle w:val="Heading3"/>
      </w:pPr>
      <w:r>
        <w:t>LinkedIn</w:t>
      </w:r>
    </w:p>
    <w:p>
      <w:r>
        <w:t>Relive the Lord Mayor's Show 2026.</w:t>
        <w:br/>
        <w:br/>
        <w:t>If you missed the live event, or want to experience it again, the full procession is available on BBC iPlayer. Highlights will be shared across social media in the coming days.</w:t>
        <w:br/>
        <w:br/>
        <w:t>And if you captured moments - photos, videos, memories from your day - please share them with us. Your perspectives, your captures, your stories are part of the collective memory of this historic day.</w:t>
        <w:br/>
        <w:br/>
        <w:t>Tag @lordmayorsshow #LordMayorsShow #SoulOfLondon #SharedMemory</w:t>
      </w:r>
    </w:p>
    <w:p/>
    <w:p>
      <w:pPr>
        <w:pStyle w:val="Heading2"/>
      </w:pPr>
      <w:r>
        <w:t>Post-event: Already planning for next year</w:t>
      </w:r>
    </w:p>
    <w:p>
      <w:pPr>
        <w:pStyle w:val="Heading3"/>
      </w:pPr>
      <w:r>
        <w:t>Instagram and Facebook</w:t>
      </w:r>
    </w:p>
    <w:p>
      <w:r>
        <w:t>Mark your calendar. 📅🐴</w:t>
        <w:br/>
        <w:br/>
        <w:t>Saturday 14 November 2027. The Lord Mayor's Show returns. Start planning now.</w:t>
        <w:br/>
        <w:br/>
        <w:t>Tell your family. Tell your friends. Tell your community. Because the magic of the #SoulOfLondon isn't just one day - it's the memory that lasts all year.</w:t>
        <w:br/>
        <w:br/>
        <w:t>lordmayorsshow.london @lordmayorsshow #LordMayorsShow #SoulOfLondon</w:t>
      </w:r>
    </w:p>
    <w:p/>
    <w:p>
      <w:pPr>
        <w:pStyle w:val="Heading3"/>
      </w:pPr>
      <w:r>
        <w:t>X (formerly Twitter)</w:t>
      </w:r>
    </w:p>
    <w:p>
      <w:r>
        <w:t>Already thinking about next year? Saturday 14 November 2027. Mark it. The #SoulOfLondon doesn't fade. 🐴 @lordmayors_show #LordMayorsShow</w:t>
      </w:r>
    </w:p>
    <w:p/>
    <w:p>
      <w:pPr>
        <w:pStyle w:val="Heading3"/>
      </w:pPr>
      <w:r>
        <w:t>LinkedIn</w:t>
      </w:r>
    </w:p>
    <w:p>
      <w:r>
        <w:t>Already thinking about next year's Lord Mayor's Show?</w:t>
        <w:br/>
        <w:br/>
        <w:t>If you were part of this year's celebration, you know. The spectacle, the scale, the civic pride, the connection to 800 years of history, the moment of being part of something larger than yourself - it stays with you.</w:t>
        <w:br/>
        <w:br/>
        <w:t>Saturday 14 November 2027. Mark it now. Bring more people with you next time. Tell your friends, colleagues, and community why this moment matters.</w:t>
        <w:br/>
        <w:br/>
        <w:t>The Lord Mayor's Show isn't just one day - it's the kind of experience that shapes how you see your city.</w:t>
        <w:br/>
        <w:br/>
        <w:t>lordmayorsshow.london @lordmayorsshow #LordMayorsShow #SoulOfLondon #CivicPride</w:t>
      </w:r>
    </w:p>
    <w:p/>
    <w:p/>
    <w:p>
      <w:r>
        <w:rPr>
          <w:i/>
          <w:sz w:val="18"/>
        </w:rPr>
        <w:t>Updated: May 2026  |  For questions or assets, contact lms@cityoflondon.gov.uk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