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Lord Mayor's Show 2026 - Float Holders, Parade Participants &amp; Supporters</w:t>
      </w:r>
    </w:p>
    <w:p>
      <w:pPr>
        <w:pStyle w:val="Heading2"/>
      </w:pPr>
      <w:r>
        <w:t>Who this is for</w:t>
      </w:r>
    </w:p>
    <w:p>
      <w:r>
        <w:t>Organisations with a float in the procession - livery companies, charities, schools, military units, cultural organisations, performing arts groups, emergency services, community groups. Also those marching, supporting or walking alongside.</w:t>
      </w:r>
    </w:p>
    <w:p>
      <w:pPr>
        <w:pStyle w:val="Heading2"/>
      </w:pPr>
      <w:r>
        <w:t>Your goal</w:t>
      </w:r>
    </w:p>
    <w:p>
      <w:r>
        <w:t>Build excitement about your participation, invite spectators to find you on the route, celebrate the honour and joy of being part of a historic event, thank supporters.</w:t>
      </w:r>
    </w:p>
    <w:p>
      <w:pPr>
        <w:pStyle w:val="Heading2"/>
      </w:pPr>
      <w:r>
        <w:t>How to use these posts</w:t>
      </w:r>
    </w:p>
    <w:p>
      <w:r>
        <w:t>✓ Customize every post to match your organization's tone and voice</w:t>
        <w:br/>
      </w:r>
      <w:r>
        <w:t>✓ Pair each post with an image or video - visual content drives engagement</w:t>
        <w:br/>
      </w:r>
      <w:r>
        <w:t>✓ Replace placeholders [in brackets] with your specific details</w:t>
        <w:br/>
      </w:r>
      <w:r>
        <w:t>✓ Always include hashtags: #LordMayorsShow #SoulOfLondon #CityOfLondon</w:t>
        <w:br/>
      </w:r>
      <w:r>
        <w:t>✓ Tag official accounts: @lordmayorsshow (Instagram) @lordmayors_show (X) @lordmayorsshow (LinkedIn)</w:t>
        <w:br/>
      </w:r>
    </w:p>
    <w:p>
      <w:pPr>
        <w:pStyle w:val="Heading2"/>
      </w:pPr>
      <w:r>
        <w:t>Quick Reference</w:t>
      </w:r>
    </w:p>
    <w:p>
      <w:r>
        <w:rPr>
          <w:b/>
        </w:rPr>
        <w:t xml:space="preserve">Show Date: </w:t>
      </w:r>
      <w:r>
        <w:t xml:space="preserve">Saturday 14 November 2026, 11am-2pm  •  </w:t>
      </w:r>
      <w:r>
        <w:rPr>
          <w:b/>
        </w:rPr>
        <w:t xml:space="preserve">BBC One: </w:t>
      </w:r>
      <w:r>
        <w:t xml:space="preserve">10.45am  •  </w:t>
      </w:r>
      <w:r>
        <w:rPr>
          <w:b/>
        </w:rPr>
        <w:t xml:space="preserve">Website: </w:t>
      </w:r>
      <w:r>
        <w:t>lordmayorsshow.london</w:t>
      </w:r>
    </w:p>
    <w:p>
      <w:r>
        <w:br w:type="page"/>
      </w:r>
    </w:p>
    <w:p>
      <w:pPr>
        <w:pStyle w:val="Heading1"/>
      </w:pPr>
      <w:r>
        <w:t>ALL POSTS</w:t>
      </w:r>
    </w:p>
    <w:p>
      <w:pPr>
        <w:pStyle w:val="Heading2"/>
      </w:pPr>
      <w:r>
        <w:t>Pre-event: Announcing participation</w:t>
      </w:r>
    </w:p>
    <w:p>
      <w:pPr>
        <w:pStyle w:val="Heading3"/>
      </w:pPr>
      <w:r>
        <w:t>Instagram and Facebook</w:t>
      </w:r>
    </w:p>
    <w:p>
      <w:r>
        <w:t>We're taking part in the Lord Mayor's Show 2026! 🎉🐴</w:t>
        <w:br/>
        <w:br/>
        <w:t>On Saturday 14 November, we'll be joining thousands of participants and hundreds of floats in one of the world's oldest civic processions. Expect [INSERT: float theme or key visual detail - e.g., vibrant costumes, live music, the biggest float you've ever seen].</w:t>
        <w:br/>
        <w:br/>
        <w:t>Come find us on the route and wave us by!</w:t>
        <w:br/>
        <w:br/>
        <w:t>📅 Saturday 14 November | 11am-2pm</w:t>
        <w:br/>
        <w:t>📍 City of London</w:t>
        <w:br/>
        <w:br/>
        <w:t>@lordmayorsshow #LordMayorsShow #CityOfLondon #SoulOfLondon</w:t>
      </w:r>
    </w:p>
    <w:p/>
    <w:p>
      <w:pPr>
        <w:pStyle w:val="Heading3"/>
      </w:pPr>
      <w:r>
        <w:t>X (formerly Twitter)</w:t>
      </w:r>
    </w:p>
    <w:p>
      <w:r>
        <w:t>We're in! The #LordMayorsShow needs us - and we can't wait. 🐴</w:t>
        <w:br/>
        <w:br/>
        <w:t>Saturday 14 November. 11am-2pm. Look for [description of your float/group] on the route. Come and cheer us on!</w:t>
        <w:br/>
        <w:br/>
        <w:t>lordmayorsshow.london @lordmayors_show #SoulOfLondon</w:t>
      </w:r>
    </w:p>
    <w:p/>
    <w:p>
      <w:pPr>
        <w:pStyle w:val="Heading3"/>
      </w:pPr>
      <w:r>
        <w:t>LinkedIn</w:t>
      </w:r>
    </w:p>
    <w:p>
      <w:r>
        <w:t>Taking part in one of the world's oldest civic processions. 🤝🏛️</w:t>
        <w:br/>
        <w:br/>
        <w:t>The Lord Mayor's Show has marked the installation of a new Lord Mayor every year since the 13th century. We are honoured to march alongside businesses, charities, the military, livery companies, and communities from across the capital in this historic moment.</w:t>
        <w:br/>
        <w:br/>
        <w:t>Saturday 14 November. The Square Mile comes alive.</w:t>
        <w:br/>
        <w:br/>
        <w:t>#LordMayorsShow #CityOfLondon #CivicPride</w:t>
      </w:r>
    </w:p>
    <w:p/>
    <w:p>
      <w:pPr>
        <w:pStyle w:val="Heading2"/>
      </w:pPr>
      <w:r>
        <w:t>Pre-event: Behind-the-scenes build</w:t>
      </w:r>
    </w:p>
    <w:p>
      <w:pPr>
        <w:pStyle w:val="Heading3"/>
      </w:pPr>
      <w:r>
        <w:t>Instagram and Facebook (Reels work best)</w:t>
      </w:r>
    </w:p>
    <w:p>
      <w:r>
        <w:t>Look what we're building. 🔨✨</w:t>
        <w:br/>
        <w:br/>
        <w:t>Behind-the-scenes from our float construction. The paint, the planning, the passion that goes into being part of the Lord Mayor's Show. [Share a video clip, time-lapse, or action shot of float building, costume fitting, or team preparations]</w:t>
        <w:br/>
        <w:br/>
        <w:t>Saturday 14 November. This is what you'll see on the route.</w:t>
        <w:br/>
        <w:br/>
        <w:t>@lordmayorsshow #LordMayorsShow #FloatBuild #SoulOfLondon</w:t>
      </w:r>
    </w:p>
    <w:p/>
    <w:p>
      <w:pPr>
        <w:pStyle w:val="Heading3"/>
      </w:pPr>
      <w:r>
        <w:t>X (formerly Twitter)</w:t>
      </w:r>
    </w:p>
    <w:p>
      <w:r>
        <w:t>Building something special for Saturday 14 November. 🎨🐴</w:t>
        <w:br/>
        <w:br/>
        <w:t>Our team's been preparing for months. The detail, the colour, the craftsmanship goes into every float. Can't wait to show you.</w:t>
        <w:br/>
        <w:br/>
        <w:t>#LordMayorsShow @lordmayors_show</w:t>
      </w:r>
    </w:p>
    <w:p/>
    <w:p>
      <w:pPr>
        <w:pStyle w:val="Heading3"/>
      </w:pPr>
      <w:r>
        <w:t>LinkedIn</w:t>
      </w:r>
    </w:p>
    <w:p>
      <w:r>
        <w:t>Behind the scenes: months of planning, preparation, and pride.</w:t>
        <w:br/>
        <w:br/>
        <w:t>Our float for the Lord Mayor's Show represents months of planning, design, and craftsmanship. From concept to construction, every element is thoughtful. Our team has poured skill, creativity, and passion into this moment.</w:t>
        <w:br/>
        <w:br/>
        <w:t>On Saturday 14 November, you'll see the result. But the real story is the people behind it - colleagues who stayed late, volunteers who showed up, designers who perfected every detail, and organisers who made it all possible.</w:t>
        <w:br/>
        <w:br/>
        <w:t>The Lord Mayor's Show is about civic pride. This is ours. #LordMayorsShow #SoulOfLondon #CivicPride</w:t>
      </w:r>
    </w:p>
    <w:p/>
    <w:p>
      <w:pPr>
        <w:pStyle w:val="Heading2"/>
      </w:pPr>
      <w:r>
        <w:t>Pre-event: Countdown and invitation</w:t>
      </w:r>
    </w:p>
    <w:p>
      <w:pPr>
        <w:pStyle w:val="Heading3"/>
      </w:pPr>
      <w:r>
        <w:t>Instagram and Facebook</w:t>
      </w:r>
    </w:p>
    <w:p>
      <w:r>
        <w:t>One week to go! 🐴</w:t>
        <w:br/>
        <w:br/>
        <w:t>If you haven't marked your calendar yet, do it now. On Saturday 14 November, we'll be marching in the Lord Mayor's Show - one of London's most iconic civic moments.</w:t>
        <w:br/>
        <w:br/>
        <w:t>Come to the route and cheer us on! Look for [your float name / group name / distinctive feature].</w:t>
        <w:br/>
        <w:br/>
        <w:t>📅 Saturday 14 November</w:t>
        <w:br/>
        <w:t>🕚 11am-2pm</w:t>
        <w:br/>
        <w:t>📍 Mansion House to Royal Courts of Justice</w:t>
        <w:br/>
        <w:br/>
        <w:t>@lordmayorsshow #LordMayorsShow #CountdownOn</w:t>
      </w:r>
    </w:p>
    <w:p/>
    <w:p>
      <w:pPr>
        <w:pStyle w:val="Heading3"/>
      </w:pPr>
      <w:r>
        <w:t>X (formerly Twitter)</w:t>
      </w:r>
    </w:p>
    <w:p>
      <w:r>
        <w:t>One week. Can you feel it? 🐴</w:t>
        <w:br/>
        <w:br/>
        <w:t>#LordMayorsShow Saturday 14 November. 11am. City of London. 7,000 of us. Hundreds of floats. One incredible day.</w:t>
        <w:br/>
        <w:br/>
        <w:t>We'll see you on the streets. @lordmayors_show #SoulOfLondon</w:t>
      </w:r>
    </w:p>
    <w:p/>
    <w:p>
      <w:pPr>
        <w:pStyle w:val="Heading3"/>
      </w:pPr>
      <w:r>
        <w:t>LinkedIn</w:t>
      </w:r>
    </w:p>
    <w:p>
      <w:r>
        <w:t>One week until the Lord Mayor's Show. Here's why it matters.</w:t>
        <w:br/>
        <w:br/>
        <w:t>Saturday 14 November. One of the world's oldest civic processions. More than 13 centuries of tradition brought to life by thousands of participants and hundreds of organisations - from charities and livery companies to military units, schools, and businesses.</w:t>
        <w:br/>
        <w:br/>
        <w:t>Being part of this historic moment is a privilege. It's an opportunity to stand shoulder to shoulder with others who believe that civic pride, heritage, and celebration matter. To show London what your organisation stands for. To be part of something larger than yourselves.</w:t>
        <w:br/>
        <w:br/>
        <w:t>One more week of preparation. Then we march. #LordMayorsShow #SoulOfLondon #CivicPride</w:t>
      </w:r>
    </w:p>
    <w:p/>
    <w:p>
      <w:pPr>
        <w:pStyle w:val="Heading2"/>
      </w:pPr>
      <w:r>
        <w:t>On-the-day: Wave to us</w:t>
      </w:r>
    </w:p>
    <w:p>
      <w:pPr>
        <w:pStyle w:val="Heading3"/>
      </w:pPr>
      <w:r>
        <w:t>Instagram and Facebook Stories / Live</w:t>
      </w:r>
    </w:p>
    <w:p>
      <w:r>
        <w:t>We're coming! 🎺🐴</w:t>
        <w:br/>
        <w:br/>
        <w:t>Look for us on the route in [position in procession / distinctive feature]. Wave, cheer, take a photo - we want to see your faces!</w:t>
        <w:br/>
        <w:br/>
        <w:t>If you spot us, tag us with @lordmayorsshow and #LordMayorsShow.</w:t>
        <w:br/>
        <w:br/>
        <w:t>#SoulOfLondon #LiveFromTheCity</w:t>
      </w:r>
    </w:p>
    <w:p/>
    <w:p>
      <w:pPr>
        <w:pStyle w:val="Heading3"/>
      </w:pPr>
      <w:r>
        <w:t>X (formerly Twitter)</w:t>
      </w:r>
    </w:p>
    <w:p>
      <w:r>
        <w:t>On the route NOW. Look up! Wave! 👋🐴</w:t>
        <w:br/>
        <w:br/>
        <w:t>We're making our way through the City. Share your sightings - tag @lordmayors_show #LordMayorsShow and we'll retweet.</w:t>
        <w:br/>
        <w:br/>
        <w:t>#LiveUpdates #SoulOfLondon</w:t>
      </w:r>
    </w:p>
    <w:p/>
    <w:p>
      <w:pPr>
        <w:pStyle w:val="Heading3"/>
      </w:pPr>
      <w:r>
        <w:t>LinkedIn</w:t>
      </w:r>
    </w:p>
    <w:p>
      <w:r>
        <w:t>Live from the Lord Mayor's Show.</w:t>
        <w:br/>
        <w:br/>
        <w:t>This is the moment months of planning become reality. Walking through the streets of London alongside thousands of other participants, in front of hundreds of thousands of spectators. The energy, the pride, the sense of being part of something historic - it's unforgettable.</w:t>
        <w:br/>
        <w:br/>
        <w:t>If you're out there watching - we see you. Your cheers fuel our steps. Your presence validates why we march. Thank you for being part of this moment with us.</w:t>
        <w:br/>
        <w:br/>
        <w:t>#LordMayorsShow #SoulOfLondon #CivicPride</w:t>
      </w:r>
    </w:p>
    <w:p/>
    <w:p>
      <w:pPr>
        <w:pStyle w:val="Heading2"/>
      </w:pPr>
      <w:r>
        <w:t>On-the-day: Real-time celebration</w:t>
      </w:r>
    </w:p>
    <w:p>
      <w:pPr>
        <w:pStyle w:val="Heading3"/>
      </w:pPr>
      <w:r>
        <w:t>Instagram and Facebook Stories</w:t>
      </w:r>
    </w:p>
    <w:p>
      <w:r>
        <w:t>This is EVERYTHING. 🎉🐴</w:t>
        <w:br/>
        <w:br/>
        <w:t>The roar of the crowd. The colour. The chaos. The joy. This is what the #SoulOfLondon feels like.</w:t>
        <w:br/>
        <w:br/>
        <w:t>Thousands of you watching us. We're marching for [cause / reason for participation - e.g., "our charity", "our community", "our heritage"]. Thank you for being here.</w:t>
        <w:br/>
        <w:br/>
        <w:t>@lordmayorsshow #LordMayorsShow #Unforgettable</w:t>
      </w:r>
    </w:p>
    <w:p/>
    <w:p>
      <w:pPr>
        <w:pStyle w:val="Heading3"/>
      </w:pPr>
      <w:r>
        <w:t>X (formerly Twitter)</w:t>
      </w:r>
    </w:p>
    <w:p>
      <w:r>
        <w:t>This. Is. Incredible. 🐴</w:t>
        <w:br/>
        <w:br/>
        <w:t>The streets are alive. The crowd is roaring. We are MARCHING. #LordMayorsShow #SoulOfLondon @lordmayors_show</w:t>
      </w:r>
    </w:p>
    <w:p/>
    <w:p>
      <w:pPr>
        <w:pStyle w:val="Heading3"/>
      </w:pPr>
      <w:r>
        <w:t>LinkedIn</w:t>
      </w:r>
    </w:p>
    <w:p>
      <w:r>
        <w:t>This is what 800 years of civic tradition feels like.</w:t>
        <w:br/>
        <w:br/>
        <w:t>The roar of the crowd. The colour and scale of the procession. The faces of thousands of people who showed up to witness this moment. The knowledge that you're part of something that's been happening since the 13th century - and will continue for centuries to come.</w:t>
        <w:br/>
        <w:br/>
        <w:t>We're marching for [cause / reason for participation]. But in this moment, we're also marching with everyone who believes that this ceremony matters. That civic pride matters. That being part of a community matters.</w:t>
        <w:br/>
        <w:br/>
        <w:t>This is unforgettable. #LordMayorsShow #SoulOfLondon #CivicPride</w:t>
      </w:r>
    </w:p>
    <w:p/>
    <w:p>
      <w:pPr>
        <w:pStyle w:val="Heading2"/>
      </w:pPr>
      <w:r>
        <w:t>On-the-day: Call out to supporters</w:t>
      </w:r>
    </w:p>
    <w:p>
      <w:pPr>
        <w:pStyle w:val="Heading3"/>
      </w:pPr>
      <w:r>
        <w:t>Instagram and Facebook</w:t>
      </w:r>
    </w:p>
    <w:p>
      <w:r>
        <w:t>Shout out to our team! 💙🐴</w:t>
        <w:br/>
        <w:br/>
        <w:t>The marchers, the makers, the supporters - this float, this moment, this day wouldn't happen without you. We're proud to represent [your organisation] on the streets of London.</w:t>
        <w:br/>
        <w:br/>
        <w:t>Thank you to everyone cheering us on. We feel your support!</w:t>
        <w:br/>
        <w:br/>
        <w:t>@lordmayorsshow #LordMayorsShow #TeamEffort #SoulOfLondon</w:t>
      </w:r>
    </w:p>
    <w:p/>
    <w:p>
      <w:pPr>
        <w:pStyle w:val="Heading3"/>
      </w:pPr>
      <w:r>
        <w:t>X (formerly Twitter)</w:t>
      </w:r>
    </w:p>
    <w:p>
      <w:r>
        <w:t>To our team, our supporters, our people - thank you. We're marching for you. For [cause]. For this moment. 🐴</w:t>
        <w:br/>
        <w:br/>
        <w:t>#LordMayorsShow @lordmayors_show #Proud</w:t>
      </w:r>
    </w:p>
    <w:p/>
    <w:p>
      <w:pPr>
        <w:pStyle w:val="Heading3"/>
      </w:pPr>
      <w:r>
        <w:t>LinkedIn</w:t>
      </w:r>
    </w:p>
    <w:p>
      <w:r>
        <w:t>This is what teamwork looks like at scale.</w:t>
        <w:br/>
        <w:br/>
        <w:t>To the people who built our float. The organisers who coordinated. The marchers who stepped into the street. The supporters who cheered from the sidelines. The colleagues, volunteers, and community members who made this possible - thank you.</w:t>
        <w:br/>
        <w:br/>
        <w:t>You represent [your organisation]. You embody what we stand for. You just marched through the streets of London as part of one of the world's oldest civic processions - and you did it together.</w:t>
        <w:br/>
        <w:br/>
        <w:t>This is the moment. This is why we do what we do. #LordMayorsShow #SoulOfLondon #TeamPride #CivicPride</w:t>
      </w:r>
    </w:p>
    <w:p/>
    <w:p>
      <w:pPr>
        <w:pStyle w:val="Heading2"/>
      </w:pPr>
      <w:r>
        <w:t>Post-event: Thank you and highlights</w:t>
      </w:r>
    </w:p>
    <w:p>
      <w:pPr>
        <w:pStyle w:val="Heading3"/>
      </w:pPr>
      <w:r>
        <w:t>Instagram and Facebook</w:t>
      </w:r>
    </w:p>
    <w:p>
      <w:r>
        <w:t>What an honour. What a day. 🐴✨</w:t>
        <w:br/>
        <w:br/>
        <w:t>To everyone who lined the streets to cheer us on - thank you. To our team who built, prepared, marched and celebrated - thank you. To everyone who believed in us being part of the Lord Mayor's Show - thank you.</w:t>
        <w:br/>
        <w:br/>
        <w:t>This is a memory we'll treasure forever.</w:t>
        <w:br/>
        <w:br/>
        <w:t>@lordmayorsshow #LordMayorsShow #SoulOfLondon #Unforgettable</w:t>
      </w:r>
    </w:p>
    <w:p/>
    <w:p>
      <w:pPr>
        <w:pStyle w:val="Heading3"/>
      </w:pPr>
      <w:r>
        <w:t>X (formerly Twitter)</w:t>
      </w:r>
    </w:p>
    <w:p>
      <w:r>
        <w:t>Still buzzing. What an absolute privilege. 🐴</w:t>
        <w:br/>
        <w:br/>
        <w:t>Thank you to everyone who cheered, shouted, clapped and celebrated with us yesterday. The #LordMayorsShow is pure magic.</w:t>
        <w:br/>
        <w:br/>
        <w:t>See you 2027. @lordmayors_show #SoulOfLondon</w:t>
      </w:r>
    </w:p>
    <w:p/>
    <w:p>
      <w:pPr>
        <w:pStyle w:val="Heading3"/>
      </w:pPr>
      <w:r>
        <w:t>LinkedIn</w:t>
      </w:r>
    </w:p>
    <w:p>
      <w:r>
        <w:t>We marched. We celebrated. We were part of history.</w:t>
        <w:br/>
        <w:br/>
        <w:t>Saturday 14 November will stay with us forever. Not just the hour on the route - but the months of preparation, the teamwork, the pride, the moment when thousands of people lined the streets to witness what we had built and what we stood for.</w:t>
        <w:br/>
        <w:br/>
        <w:t>To our team - you were brilliant. To our supporters - your belief carried us. To everyone who cheered - you made it matter.</w:t>
        <w:br/>
        <w:br/>
        <w:t>The Lord Mayor's Show is ancient tradition meeting modern purpose. We were honoured to be part of it. Thank you to everyone who shared this moment with us. #LordMayorsShow #SoulOfLondon #CivicPride</w:t>
      </w:r>
    </w:p>
    <w:p/>
    <w:p>
      <w:pPr>
        <w:pStyle w:val="Heading2"/>
      </w:pPr>
      <w:r>
        <w:t>Post-event: Behind-the-scenes reveal</w:t>
      </w:r>
    </w:p>
    <w:p>
      <w:pPr>
        <w:pStyle w:val="Heading3"/>
      </w:pPr>
      <w:r>
        <w:t>Instagram and Facebook (Reels, carousel, or stills)</w:t>
      </w:r>
    </w:p>
    <w:p>
      <w:r>
        <w:t>The stories you didn't see. 🎬🐴</w:t>
        <w:br/>
        <w:br/>
        <w:t>[Share video highlights, outtakes, team moments, the view from inside the float, funny moments, emotional reactions]. The #LordMayorsShow wasn't just the hour on the route - it was months of preparation, teamwork, and dreams coming true.</w:t>
        <w:br/>
        <w:br/>
        <w:t>Swipe through for the full story.</w:t>
        <w:br/>
        <w:br/>
        <w:t>@lordmayorsshow #LordMayorsShow #BehindTheScenes #SoulOfLondon</w:t>
      </w:r>
    </w:p>
    <w:p/>
    <w:p>
      <w:pPr>
        <w:pStyle w:val="Heading3"/>
      </w:pPr>
      <w:r>
        <w:t>X (formerly Twitter)</w:t>
      </w:r>
    </w:p>
    <w:p>
      <w:r>
        <w:t>BTS: The moments that made it magical. 📹🐴</w:t>
        <w:br/>
        <w:br/>
        <w:t>From months of preparation to the roar of the crowd - here's what went into being part of the #LordMayorsShow. [Link to video/gallery]</w:t>
        <w:br/>
        <w:br/>
        <w:t>@lordmayors_show #SoulOfLondon</w:t>
      </w:r>
    </w:p>
    <w:p/>
    <w:p>
      <w:pPr>
        <w:pStyle w:val="Heading3"/>
      </w:pPr>
      <w:r>
        <w:t>LinkedIn</w:t>
      </w:r>
    </w:p>
    <w:p>
      <w:r>
        <w:t>The real story happens before and after the moment.</w:t>
        <w:br/>
        <w:br/>
        <w:t>The Lord Mayor's Show looked magical for three hours on Saturday. But the real story is what you didn't see - the months of design and building, the team meetings that stretched into evenings, the volunteers who showed up, the coordination that had to happen flawlessly.</w:t>
        <w:br/>
        <w:br/>
        <w:t>And then there's what happened after we stepped off the route - the debrief, the reflection, the pride, the memory that we'd done something significant together.</w:t>
        <w:br/>
        <w:br/>
        <w:t>That's what we're sharing now. Not just the spectacle, but the substance. The work that makes moments matter. And the people that make work matter. #LordMayorsShow #TeamBehindTheFloats #SoulOfLondon</w:t>
      </w:r>
    </w:p>
    <w:p/>
    <w:p>
      <w:pPr>
        <w:pStyle w:val="Heading2"/>
      </w:pPr>
      <w:r>
        <w:t>Post-event: What's next</w:t>
      </w:r>
    </w:p>
    <w:p>
      <w:pPr>
        <w:pStyle w:val="Heading3"/>
      </w:pPr>
      <w:r>
        <w:t>Instagram and Facebook</w:t>
      </w:r>
    </w:p>
    <w:p>
      <w:r>
        <w:t>The Show is over. The impact continues. 🐴</w:t>
        <w:br/>
        <w:br/>
        <w:t>Thank you to everyone who supported us marching for [cause / reason for participation]. Your cheers, your donations, your belief - it all matters.</w:t>
        <w:br/>
        <w:br/>
        <w:t>If you haven't already, please [donate / join us / get involved]. And mark Saturday 14 November 2027 - we're coming back.</w:t>
        <w:br/>
        <w:br/>
        <w:t>@lordmayorsshow #LordMayorsShow #SoulOfLondon</w:t>
      </w:r>
    </w:p>
    <w:p/>
    <w:p>
      <w:pPr>
        <w:pStyle w:val="Heading3"/>
      </w:pPr>
      <w:r>
        <w:t>X (formerly Twitter)</w:t>
      </w:r>
    </w:p>
    <w:p>
      <w:r>
        <w:t>The #LordMayorsShow is done. But our mission continues. If you want to support [cause], help us, or march with us in 2027:</w:t>
        <w:br/>
        <w:br/>
        <w:t>[Link to support/donation page]</w:t>
        <w:br/>
        <w:br/>
        <w:t>@lordmayors_show #SoulOfLondon</w:t>
      </w:r>
    </w:p>
    <w:p/>
    <w:p>
      <w:pPr>
        <w:pStyle w:val="Heading3"/>
      </w:pPr>
      <w:r>
        <w:t>LinkedIn</w:t>
      </w:r>
    </w:p>
    <w:p>
      <w:r>
        <w:t>The Show is over. The work continues.</w:t>
        <w:br/>
        <w:br/>
        <w:t>Walking through the streets of London with thousands of people was exhilarating. But it also crystallised something important - why what we do matters. Why civic engagement matters. Why being part of community matters.</w:t>
        <w:br/>
        <w:br/>
        <w:t>We marched for [cause / reason for participation]. Saturday 14 November gave us a platform to show what we stand for to hundreds of thousands of people. Now we need to convert that moment into action.</w:t>
        <w:br/>
        <w:br/>
        <w:t>If you want to support us, join us, or march with us again in 2027 - we'd love to have you. Let's keep the momentum. #LordMayorsShow #SoulOfLondon #CommunityPride</w:t>
      </w:r>
    </w:p>
    <w:p/>
    <w:p/>
    <w:p>
      <w:r>
        <w:rPr>
          <w:i/>
          <w:sz w:val="18"/>
        </w:rPr>
        <w:t>Updated: May 2026  |  For questions or assets, contact lms@cityoflondon.gov.uk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