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Lord Mayor's Show 2026 - Corporate Partners &amp; Sponsors</w:t>
      </w:r>
    </w:p>
    <w:p>
      <w:pPr>
        <w:pStyle w:val="Heading2"/>
      </w:pPr>
      <w:r>
        <w:t>Who this is for</w:t>
      </w:r>
    </w:p>
    <w:p>
      <w:r>
        <w:t>Title sponsors, category sponsors, professional services firms, financial institutions, law firms, corporate foundations, industry bodies and trade associations with a formal sponsorship relationship.</w:t>
      </w:r>
    </w:p>
    <w:p>
      <w:pPr>
        <w:pStyle w:val="Heading2"/>
      </w:pPr>
      <w:r>
        <w:t>Your goal</w:t>
      </w:r>
    </w:p>
    <w:p>
      <w:r>
        <w:t>Signal civic alignment and values, build credibility with your professional audience, showcase your commitment to London and the City.</w:t>
      </w:r>
    </w:p>
    <w:p>
      <w:pPr>
        <w:pStyle w:val="Heading2"/>
      </w:pPr>
      <w:r>
        <w:t>How to use these posts</w:t>
      </w:r>
    </w:p>
    <w:p>
      <w:r>
        <w:t>✓ Customize every post to match your organization's tone and voice</w:t>
        <w:br/>
      </w:r>
      <w:r>
        <w:t>✓ Pair each post with an image or video - visual content drives engagement</w:t>
        <w:br/>
      </w:r>
      <w:r>
        <w:t>✓ Replace placeholders [in brackets] with your specific details</w:t>
        <w:br/>
      </w:r>
      <w:r>
        <w:t>✓ Always include hashtags: #LordMayorsShow #SoulOfLondon #CityOfLondon</w:t>
        <w:br/>
      </w:r>
      <w:r>
        <w:t>✓ Tag official accounts: @lordmayorsshow (Instagram) @lordmayors_show (X) @lordmayorsshow (LinkedIn)</w:t>
        <w:br/>
      </w:r>
    </w:p>
    <w:p>
      <w:pPr>
        <w:pStyle w:val="Heading2"/>
      </w:pPr>
      <w:r>
        <w:t>Quick Reference</w:t>
      </w:r>
    </w:p>
    <w:p>
      <w:r>
        <w:rPr>
          <w:b/>
        </w:rPr>
        <w:t xml:space="preserve">Show Date: </w:t>
      </w:r>
      <w:r>
        <w:t xml:space="preserve">Saturday 14 November 2026, 11am-2pm  •  </w:t>
      </w:r>
      <w:r>
        <w:rPr>
          <w:b/>
        </w:rPr>
        <w:t xml:space="preserve">BBC One: </w:t>
      </w:r>
      <w:r>
        <w:t xml:space="preserve">10.45am  •  </w:t>
      </w:r>
      <w:r>
        <w:rPr>
          <w:b/>
        </w:rPr>
        <w:t xml:space="preserve">Website: </w:t>
      </w:r>
      <w:r>
        <w:t>lordmayorsshow.london</w:t>
      </w:r>
    </w:p>
    <w:p>
      <w:r>
        <w:br w:type="page"/>
      </w:r>
    </w:p>
    <w:p>
      <w:pPr>
        <w:pStyle w:val="Heading1"/>
      </w:pPr>
      <w:r>
        <w:t>ALL POSTS</w:t>
      </w:r>
    </w:p>
    <w:p>
      <w:pPr>
        <w:pStyle w:val="Heading2"/>
      </w:pPr>
      <w:r>
        <w:t>Pre-event: Partnership announcement</w:t>
      </w:r>
    </w:p>
    <w:p>
      <w:pPr>
        <w:pStyle w:val="Heading3"/>
      </w:pPr>
      <w:r>
        <w:t>LinkedIn</w:t>
      </w:r>
    </w:p>
    <w:p>
      <w:r>
        <w:t>Proud to be a partner of the Lord Mayor's Show 2026. 🤝🏛️</w:t>
        <w:br/>
        <w:br/>
        <w:t>Some moments are worth being part of. The Lord Mayor's Show brings together thousands of participants and hundreds of thousands of spectators in celebration of London's civic life - a showcase of heritage, community, and the future.</w:t>
        <w:br/>
        <w:br/>
        <w:t>Our partnership reflects our deep commitment to [INSERT: the cultural fabric of London / supporting London communities / civic leadership / public service].</w:t>
        <w:br/>
        <w:br/>
        <w:t>Saturday 14 November. The Square Mile comes alive.</w:t>
        <w:br/>
        <w:br/>
        <w:t>#LordMayorsShow #CityOfLondon #CivicPride</w:t>
      </w:r>
    </w:p>
    <w:p/>
    <w:p>
      <w:pPr>
        <w:pStyle w:val="Heading3"/>
      </w:pPr>
      <w:r>
        <w:t>Instagram and Facebook</w:t>
      </w:r>
    </w:p>
    <w:p>
      <w:r>
        <w:t>One of the world's oldest civic processions. And we're part of it. 🏛️🇬🇧</w:t>
        <w:br/>
        <w:br/>
        <w:t>The Lord Mayor's Show is Saturday 14 November - a spectacular celebration of London's heritage and future, bringing together thousands of participants and hundreds of thousands of spectators.</w:t>
        <w:br/>
        <w:br/>
        <w:t>We're honoured to be a partner in this historic moment.</w:t>
        <w:br/>
        <w:br/>
        <w:t>@lordmayorsshow #LordMayorsShow #SoulOfLondon #CityOfLondon</w:t>
      </w:r>
    </w:p>
    <w:p/>
    <w:p>
      <w:pPr>
        <w:pStyle w:val="Heading2"/>
      </w:pPr>
      <w:r>
        <w:t>Pre-event: Drive awareness among your network</w:t>
      </w:r>
    </w:p>
    <w:p>
      <w:pPr>
        <w:pStyle w:val="Heading3"/>
      </w:pPr>
      <w:r>
        <w:t>X (formerly Twitter)</w:t>
      </w:r>
    </w:p>
    <w:p>
      <w:r>
        <w:t>We're proud partners of one of the world's oldest civic processions. 🐴🇬🇧</w:t>
        <w:br/>
        <w:br/>
        <w:t>The @lordmayors_show is Saturday 14 November. Thousands of participants. Hundreds of thousands of spectators. Free to attend. BBC One from 10.45am.</w:t>
        <w:br/>
        <w:br/>
        <w:t>Don't miss it. lordmayorsshow.london #SoulOfLondon</w:t>
      </w:r>
    </w:p>
    <w:p/>
    <w:p>
      <w:pPr>
        <w:pStyle w:val="Heading3"/>
      </w:pPr>
      <w:r>
        <w:t>LinkedIn</w:t>
      </w:r>
    </w:p>
    <w:p>
      <w:r>
        <w:t>Come celebrate with us. Saturday 14 November. 🐴</w:t>
        <w:br/>
        <w:br/>
        <w:t>The Lord Mayor's Show is one of London's defining civic moments - a day when the Square Mile brings together business, culture, heritage, and community. Our team will be there. Join us.</w:t>
        <w:br/>
        <w:br/>
        <w:t>Free to attend. Bring your colleagues, your family, your community.</w:t>
        <w:br/>
        <w:br/>
        <w:t>lordmayorsshow.london @lordmayors_show #LordMayorsShow</w:t>
      </w:r>
    </w:p>
    <w:p/>
    <w:p>
      <w:pPr>
        <w:pStyle w:val="Heading2"/>
      </w:pPr>
      <w:r>
        <w:t>Pre-event: Behind-the-scenes sponsorship story</w:t>
      </w:r>
    </w:p>
    <w:p>
      <w:pPr>
        <w:pStyle w:val="Heading3"/>
      </w:pPr>
      <w:r>
        <w:t>Instagram and Facebook</w:t>
      </w:r>
    </w:p>
    <w:p>
      <w:r>
        <w:t>Why we sponsor the Lord Mayor's Show. 💙🏛️</w:t>
        <w:br/>
        <w:br/>
        <w:t>For [number] years, we've been committed to supporting London's communities and culture. The Lord Mayor's Show represents everything we believe in - [values - heritage, civic pride, community, innovation, tradition].</w:t>
        <w:br/>
        <w:br/>
        <w:t>This year, we're proud to be a partner in this historic moment. See you Saturday 14 November.</w:t>
        <w:br/>
        <w:br/>
        <w:t>@lordmayorsshow #LordMayorsShow #SoulOfLondon</w:t>
      </w:r>
    </w:p>
    <w:p/>
    <w:p>
      <w:pPr>
        <w:pStyle w:val="Heading3"/>
      </w:pPr>
      <w:r>
        <w:t>X (formerly Twitter)</w:t>
      </w:r>
    </w:p>
    <w:p>
      <w:r>
        <w:t>Partnership spotlight: We're sponsors of the #LordMayorsShow because we believe in London's future - built on heritage, innovation, and community. 🐴 See you Saturday 14 November. @lordmayors_show</w:t>
      </w:r>
    </w:p>
    <w:p/>
    <w:p>
      <w:pPr>
        <w:pStyle w:val="Heading3"/>
      </w:pPr>
      <w:r>
        <w:t>LinkedIn</w:t>
      </w:r>
    </w:p>
    <w:p>
      <w:r>
        <w:t>Why we're proud to sponsor the Lord Mayor's Show.</w:t>
        <w:br/>
        <w:br/>
        <w:t>The Lord Mayor's Show isn't just a spectacle - it's a statement about what we value as a city. Civic pride. Heritage. Community. Future-focused innovation. All coming together in one historic moment that's been happening for over 800 years.</w:t>
        <w:br/>
        <w:br/>
        <w:t>Our sponsorship reflects our commitment to being part of London's story - not just as a business, but as a citizen. Saturday 14 November. We hope you'll join us in celebrating the #SoulOfLondon.</w:t>
        <w:br/>
        <w:br/>
        <w:t>#LordMayorsShow #CityOfLondon #CivicPartnership</w:t>
      </w:r>
    </w:p>
    <w:p/>
    <w:p>
      <w:pPr>
        <w:pStyle w:val="Heading2"/>
      </w:pPr>
      <w:r>
        <w:t>On-the-day: We're here</w:t>
      </w:r>
    </w:p>
    <w:p>
      <w:pPr>
        <w:pStyle w:val="Heading3"/>
      </w:pPr>
      <w:r>
        <w:t>X (formerly Twitter)</w:t>
      </w:r>
    </w:p>
    <w:p>
      <w:r>
        <w:t>LIVE: The #LordMayorsShow is happening. 🐴</w:t>
        <w:br/>
        <w:br/>
        <w:t>Our team is on the streets of the City celebrating this historic moment. Watching live? Catch it on @BBC_One from 10.45am. Or join the crowd in person.</w:t>
        <w:br/>
        <w:br/>
        <w:t>@lordmayors_show #SoulOfLondon #LordMayorsShow</w:t>
      </w:r>
    </w:p>
    <w:p/>
    <w:p>
      <w:pPr>
        <w:pStyle w:val="Heading3"/>
      </w:pPr>
      <w:r>
        <w:t>LinkedIn</w:t>
      </w:r>
    </w:p>
    <w:p>
      <w:r>
        <w:t>The day is here. The City is alive. 🐴🏛️</w:t>
        <w:br/>
        <w:br/>
        <w:t>The #LordMayorsShow 2026 is unfolding across London - a spectacular showcase of our city's heritage, culture, and future. We're proud to be part of this historic celebration.</w:t>
        <w:br/>
        <w:br/>
        <w:t>Whether you're watching in person or joining the BBC broadcast, this is the #SoulOfLondon.</w:t>
        <w:br/>
        <w:br/>
        <w:t>@lordmayors_show #LordMayorsShow</w:t>
      </w:r>
    </w:p>
    <w:p/>
    <w:p>
      <w:pPr>
        <w:pStyle w:val="Heading2"/>
      </w:pPr>
      <w:r>
        <w:t>On-the-day: Live engagement</w:t>
      </w:r>
    </w:p>
    <w:p>
      <w:pPr>
        <w:pStyle w:val="Heading3"/>
      </w:pPr>
      <w:r>
        <w:t>Instagram and Facebook Stories/Live</w:t>
      </w:r>
    </w:p>
    <w:p>
      <w:r>
        <w:t>LIVE from the Lord Mayor's Show. 🐴✨</w:t>
        <w:br/>
        <w:br/>
        <w:t>Thousands of participants. Hundreds of floats. One incredible day. Thank you to everyone celebrating with us and our partners.</w:t>
        <w:br/>
        <w:br/>
        <w:t>@lordmayorsshow #LordMayorsShow #SoulOfLondon #Live</w:t>
      </w:r>
    </w:p>
    <w:p/>
    <w:p>
      <w:pPr>
        <w:pStyle w:val="Heading3"/>
      </w:pPr>
      <w:r>
        <w:t>X (formerly Twitter)</w:t>
      </w:r>
    </w:p>
    <w:p>
      <w:r>
        <w:t>The energy on the streets is electric. Proud to celebrate London alongside thousands of participants and our whole community. This is the #SoulOfLondon. 🐴 @lordmayors_show #LordMayorsShow</w:t>
      </w:r>
    </w:p>
    <w:p/>
    <w:p>
      <w:pPr>
        <w:pStyle w:val="Heading3"/>
      </w:pPr>
      <w:r>
        <w:t>LinkedIn</w:t>
      </w:r>
    </w:p>
    <w:p>
      <w:r>
        <w:t>Live from the heart of London's civic celebration.</w:t>
        <w:br/>
        <w:br/>
        <w:t>Right now, our colleagues are out there experiencing the Lord Mayor's Show - hundreds of thousands of people from across London coming together in one of the world's oldest processions. This is what partnership with London looks like. This is why we're proud to be here. #LordMayorsShow #SoulOfLondon</w:t>
      </w:r>
    </w:p>
    <w:p/>
    <w:p>
      <w:pPr>
        <w:pStyle w:val="Heading2"/>
      </w:pPr>
      <w:r>
        <w:t>On-the-day: Employee/team amplification</w:t>
      </w:r>
    </w:p>
    <w:p>
      <w:pPr>
        <w:pStyle w:val="Heading3"/>
      </w:pPr>
      <w:r>
        <w:t>LinkedIn</w:t>
      </w:r>
    </w:p>
    <w:p>
      <w:r>
        <w:t>Our people are part of this moment. 🙌🐴</w:t>
        <w:br/>
        <w:br/>
        <w:t>Colleagues on the streets, on the sidelines, watching from the office - we're celebrating the #LordMayorsShow together. This is what London partnership looks like.</w:t>
        <w:br/>
        <w:br/>
        <w:t>@lordmayors_show #LordMayorsShow #TeamSpirit</w:t>
      </w:r>
    </w:p>
    <w:p/>
    <w:p>
      <w:pPr>
        <w:pStyle w:val="Heading2"/>
      </w:pPr>
      <w:r>
        <w:t>Post-event: Partnership reflection</w:t>
      </w:r>
    </w:p>
    <w:p>
      <w:pPr>
        <w:pStyle w:val="Heading3"/>
      </w:pPr>
      <w:r>
        <w:t>LinkedIn</w:t>
      </w:r>
    </w:p>
    <w:p>
      <w:r>
        <w:t>Thank you. What a privilege to be part of history. 🐴✨</w:t>
        <w:br/>
        <w:br/>
        <w:t>The Lord Mayor's Show 2026 was spectacular - thousands of participants, hundreds of thousands of spectators, and a celebration of everything that makes London great. Our partnership in this historic moment reflects our commitment to [values].</w:t>
        <w:br/>
        <w:br/>
        <w:t>Until 2027.</w:t>
        <w:br/>
        <w:br/>
        <w:t>#LordMayorsShow #CityOfLondon #SoulOfLondon #CivicPride</w:t>
      </w:r>
    </w:p>
    <w:p/>
    <w:p>
      <w:pPr>
        <w:pStyle w:val="Heading3"/>
      </w:pPr>
      <w:r>
        <w:t>X (formerly Twitter)</w:t>
      </w:r>
    </w:p>
    <w:p>
      <w:r>
        <w:t>What an incredible day. Thank you to the @lordmayors_show team and everyone who made the 2026 celebration unforgettable. We're proud partners of London's greatest civic moment. 🐴</w:t>
        <w:br/>
        <w:br/>
        <w:t>#LordMayorsShow #SoulOfLondon</w:t>
      </w:r>
    </w:p>
    <w:p/>
    <w:p>
      <w:pPr>
        <w:pStyle w:val="Heading2"/>
      </w:pPr>
      <w:r>
        <w:t>Post-event: Impact and measurement</w:t>
      </w:r>
    </w:p>
    <w:p>
      <w:pPr>
        <w:pStyle w:val="Heading3"/>
      </w:pPr>
      <w:r>
        <w:t>LinkedIn</w:t>
      </w:r>
    </w:p>
    <w:p>
      <w:r>
        <w:t>By the numbers: Our #LordMayorsShow impact. 📊🐴</w:t>
        <w:br/>
        <w:br/>
        <w:t>Hundreds of thousands of spectators. [Number] of participants. [Number] of floats. [Your impact metric - e.g., funds raised, volunteers engaged, community reach]. When partnership meets purpose, magic happens.</w:t>
        <w:br/>
        <w:br/>
        <w:t>Thank you to everyone who supported us in making the 2026 Show unforgettable. Our commitment to London continues.</w:t>
        <w:br/>
        <w:br/>
        <w:t>#LordMayorsShow #CommunityImpact #SoulOfLondon</w:t>
      </w:r>
    </w:p>
    <w:p/>
    <w:p/>
    <w:p>
      <w:r>
        <w:rPr>
          <w:i/>
          <w:sz w:val="18"/>
        </w:rPr>
        <w:t>Updated: May 2026  |  For questions or assets, contact lms@cityoflondon.gov.uk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