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Lord Mayor's Show 2026 - Spectators</w:t>
      </w:r>
    </w:p>
    <w:p>
      <w:pPr>
        <w:pStyle w:val="Heading2"/>
      </w:pPr>
      <w:r>
        <w:t>Who this is for</w:t>
      </w:r>
    </w:p>
    <w:p>
      <w:r>
        <w:t>Families bringing children to their first Show. Parents, siblings, friends cheering on loved ones taking part. Londoners celebrating their city. First-time visitors. Community members gathering together. Everyone who comes to witness and be part of the #SoulOfLondon.</w:t>
      </w:r>
    </w:p>
    <w:p>
      <w:pPr>
        <w:pStyle w:val="Heading2"/>
      </w:pPr>
      <w:r>
        <w:t>Your goal</w:t>
      </w:r>
    </w:p>
    <w:p>
      <w:r>
        <w:t>Celebrate the experience of being there. Make families feel welcome. Build anticipation for a day they'll remember forever. Help people understand why this moment matters.</w:t>
      </w:r>
    </w:p>
    <w:p>
      <w:pPr>
        <w:pStyle w:val="Heading2"/>
      </w:pPr>
      <w:r>
        <w:t>How to use these posts</w:t>
      </w:r>
    </w:p>
    <w:p>
      <w:r>
        <w:t>✓ Customize every post to match your organization's tone and voice</w:t>
        <w:br/>
      </w:r>
      <w:r>
        <w:t>✓ Pair each post with an image or video - visual content drives engagement</w:t>
        <w:br/>
      </w:r>
      <w:r>
        <w:t>✓ Replace placeholders [in brackets] with your specific details</w:t>
        <w:br/>
      </w:r>
      <w:r>
        <w:t>✓ Always include hashtags: #LordMayorsShow #SoulOfLondon #CityOfLondon</w:t>
        <w:br/>
      </w:r>
      <w:r>
        <w:t>✓ Tag official accounts: @lordmayorsshow (Instagram) @lordmayors_show (X) @lordmayorsshow (LinkedIn)</w:t>
        <w:br/>
      </w:r>
    </w:p>
    <w:p>
      <w:pPr>
        <w:pStyle w:val="Heading2"/>
      </w:pPr>
      <w:r>
        <w:t>Quick Reference</w:t>
      </w:r>
    </w:p>
    <w:p>
      <w:r>
        <w:rPr>
          <w:b/>
        </w:rPr>
        <w:t xml:space="preserve">Show Date: </w:t>
      </w:r>
      <w:r>
        <w:t xml:space="preserve">Saturday 14 November 2026, 11am-2pm  •  </w:t>
      </w:r>
      <w:r>
        <w:rPr>
          <w:b/>
        </w:rPr>
        <w:t xml:space="preserve">BBC One: </w:t>
      </w:r>
      <w:r>
        <w:t xml:space="preserve">10.45am  •  </w:t>
      </w:r>
      <w:r>
        <w:rPr>
          <w:b/>
        </w:rPr>
        <w:t xml:space="preserve">Website: </w:t>
      </w:r>
      <w:r>
        <w:t>lordmayorsshow.london</w:t>
      </w:r>
    </w:p>
    <w:p>
      <w:r>
        <w:br w:type="page"/>
      </w:r>
    </w:p>
    <w:p>
      <w:pPr>
        <w:pStyle w:val="Heading1"/>
      </w:pPr>
      <w:r>
        <w:t>ALL POSTS</w:t>
      </w:r>
    </w:p>
    <w:p>
      <w:pPr>
        <w:pStyle w:val="Heading2"/>
      </w:pPr>
      <w:r>
        <w:t>Pre-event: Bring your family</w:t>
      </w:r>
    </w:p>
    <w:p>
      <w:pPr>
        <w:pStyle w:val="Heading3"/>
      </w:pPr>
      <w:r>
        <w:t>Instagram and Facebook</w:t>
      </w:r>
    </w:p>
    <w:p>
      <w:r>
        <w:t>Bring the kids. Bring your mum. Bring your whole crew. 🐴</w:t>
        <w:br/>
        <w:br/>
        <w:t>The Lord Mayor's Show is one of those days that families remember forever. Your kids will talk about it for years. Your mum will love the spectacle. Your friends will be buzzing for weeks after.</w:t>
        <w:br/>
        <w:br/>
        <w:t>It's free. It's magical. It's the kind of London memory you can't buy.</w:t>
        <w:br/>
        <w:br/>
        <w:t>📅 Saturday 14 November</w:t>
        <w:br/>
        <w:t>🕚 11am-2pm</w:t>
        <w:br/>
        <w:t>📍 City of London</w:t>
        <w:br/>
        <w:br/>
        <w:t>Plan your day: lordmayorsshow.london @lordmayorsshow #LordMayorsShow #FamilyDay</w:t>
      </w:r>
    </w:p>
    <w:p/>
    <w:p>
      <w:pPr>
        <w:pStyle w:val="Heading3"/>
      </w:pPr>
      <w:r>
        <w:t>X (formerly Twitter)</w:t>
      </w:r>
    </w:p>
    <w:p>
      <w:r>
        <w:t>Make a memory. Bring your family. Saturday 14 November. 🐴</w:t>
        <w:br/>
        <w:br/>
        <w:t>The kind of day kids never forget. The kind of moment adults treasure. Free. Unforgettable. Real.</w:t>
        <w:br/>
        <w:br/>
        <w:t>lordmayorsshow.london @lordmayors_show #SoulOfLondon #LordMayorsShow</w:t>
      </w:r>
    </w:p>
    <w:p/>
    <w:p>
      <w:pPr>
        <w:pStyle w:val="Heading3"/>
      </w:pPr>
      <w:r>
        <w:t>LinkedIn</w:t>
      </w:r>
    </w:p>
    <w:p>
      <w:r>
        <w:t>Bringing your family to the Lord Mayor's Show this Saturday?</w:t>
        <w:br/>
        <w:br/>
        <w:t>This iconic civic ceremony is one of London's most memorable days out - and it's completely free. Three hours that create memories that last a lifetime. The pageantry, the scale, the sense of civic pride - it's something every Londoner and visitor should experience.</w:t>
        <w:br/>
        <w:br/>
        <w:t>Whether you're a first-timer or a returning enthusiast, Saturday 14 November (11am-2pm) is your chance to be part of 800 years of London history in the making.</w:t>
        <w:br/>
        <w:br/>
        <w:t>Plan your day: lordmayorsshow.london #LordMayorsShow #SoulOfLondon #CityOfLondon</w:t>
      </w:r>
    </w:p>
    <w:p/>
    <w:p>
      <w:pPr>
        <w:pStyle w:val="Heading2"/>
      </w:pPr>
      <w:r>
        <w:t>Pre-event: If you're coming to cheer someone on</w:t>
      </w:r>
    </w:p>
    <w:p>
      <w:pPr>
        <w:pStyle w:val="Heading3"/>
      </w:pPr>
      <w:r>
        <w:t>Instagram and Facebook</w:t>
      </w:r>
    </w:p>
    <w:p>
      <w:r>
        <w:t>Your person is marching. Your turn to cheer. 🎉🐴</w:t>
        <w:br/>
        <w:br/>
        <w:t>Organised or friend? Charity worker or student? Parent on a school float or sibling in a marching group? You're coming to watch someone you care about do something incredible.</w:t>
        <w:br/>
        <w:br/>
        <w:t>Get there early. Get a good spot. When they pass, make NOISE. They'll hear you. They'll feel you. They'll remember you were there.</w:t>
        <w:br/>
        <w:br/>
        <w:t>📅 Saturday 14 November | 11am-2pm</w:t>
        <w:br/>
        <w:t>📍 City of London</w:t>
        <w:br/>
        <w:br/>
        <w:t>@lordmayorsshow #LordMayorsShow #ProudFamily</w:t>
      </w:r>
    </w:p>
    <w:p/>
    <w:p>
      <w:pPr>
        <w:pStyle w:val="Heading3"/>
      </w:pPr>
      <w:r>
        <w:t>X (formerly Twitter)</w:t>
      </w:r>
    </w:p>
    <w:p>
      <w:r>
        <w:t>Your loved one is marching in the #LordMayorsShow. Saturday 14 November. Be loud. Be proud. 🐴</w:t>
        <w:br/>
        <w:br/>
        <w:t>They'll see you in the crowd. They'll hear you cheering. This matters.</w:t>
        <w:br/>
        <w:br/>
        <w:t>@lordmayors_show #SoulOfLondon #FamilyPride</w:t>
      </w:r>
    </w:p>
    <w:p/>
    <w:p>
      <w:pPr>
        <w:pStyle w:val="Heading3"/>
      </w:pPr>
      <w:r>
        <w:t>LinkedIn</w:t>
      </w:r>
    </w:p>
    <w:p>
      <w:r>
        <w:t>Someone you care about is marching in the Lord Mayor's Show on Saturday 14 November.</w:t>
        <w:br/>
        <w:br/>
        <w:t>Whether they're part of a livery company, a charity, their school, their organisation, or a community group - they're about to be part of London's oldest civic procession. 800 years of tradition. Thousands of participants. Hundreds of thousands of spectators.</w:t>
        <w:br/>
        <w:br/>
        <w:t>Your presence in that crowd matters. Your cheers fuel their pride. Your support reminds them why this civic moment is worth celebrating.</w:t>
        <w:br/>
        <w:br/>
        <w:t>Be there. Be loud. Be proud. 🐴 #LordMayorsShow #SoulOfLondon</w:t>
      </w:r>
    </w:p>
    <w:p/>
    <w:p>
      <w:pPr>
        <w:pStyle w:val="Heading2"/>
      </w:pPr>
      <w:r>
        <w:t>Pre-event: First time? Here's what to expect</w:t>
      </w:r>
    </w:p>
    <w:p>
      <w:pPr>
        <w:pStyle w:val="Heading3"/>
      </w:pPr>
      <w:r>
        <w:t>Instagram and Facebook</w:t>
      </w:r>
    </w:p>
    <w:p>
      <w:r>
        <w:t>First time at the #LordMayorsShow? You're in for something special. 🐴</w:t>
        <w:br/>
        <w:br/>
        <w:t>The noise. The colour. The horses (yes, real horses). The floats that seem to go on forever. The feeling of being part of something ancient and alive at the same time.</w:t>
        <w:br/>
        <w:br/>
        <w:t>It's three hours. It flies by. You won't want to miss a second.</w:t>
        <w:br/>
        <w:br/>
        <w:t>📋 Tips:</w:t>
        <w:br/>
        <w:t>▪️ Arrive by 10am for a decent spot</w:t>
        <w:br/>
        <w:t>▪️ Bring snacks and water</w:t>
        <w:br/>
        <w:t>▪️ Wear comfortable shoes</w:t>
        <w:br/>
        <w:t>▪️ Bring a phone to capture it</w:t>
        <w:br/>
        <w:t>▪️ Just be ready to be amazed</w:t>
        <w:br/>
        <w:br/>
        <w:t>lordmayorsshow.london @lordmayorsshow #LordMayorsShow #FirstTimer</w:t>
      </w:r>
    </w:p>
    <w:p/>
    <w:p>
      <w:pPr>
        <w:pStyle w:val="Heading3"/>
      </w:pPr>
      <w:r>
        <w:t>LinkedIn</w:t>
      </w:r>
    </w:p>
    <w:p>
      <w:r>
        <w:t>Your first Lord Mayor's Show - what to expect (and why you should go).</w:t>
        <w:br/>
        <w:br/>
        <w:t>If you've never experienced this civic ceremony, Saturday 14 November is your chance to join one of the world's oldest processions. What you'll witness is a three-hour spectacle combining centuries of London tradition with the energy and diversity of modern London - all completely free.</w:t>
        <w:br/>
        <w:br/>
        <w:t>The route runs from Mansion House through the City, past St Paul's Cathedral and down to the Royal Courts of Justice. Hundreds of floats representing charities, livery companies, schools, cultural institutions, and community organisations. Thousands of participants. Hundreds of thousands of spectators.</w:t>
        <w:br/>
        <w:br/>
        <w:t>Arrive early (10am onwards), bring water and comfortable shoes, and bring your phone - you'll want to capture this moment.</w:t>
        <w:br/>
        <w:br/>
        <w:t>Plan your day: lordmayorsshow.london #LordMayorsShow #SoulOfLondon #CityOfLondon</w:t>
      </w:r>
    </w:p>
    <w:p/>
    <w:p>
      <w:pPr>
        <w:pStyle w:val="Heading2"/>
      </w:pPr>
      <w:r>
        <w:t>Pre-event: Tell your story - why you're coming</w:t>
      </w:r>
    </w:p>
    <w:p>
      <w:pPr>
        <w:pStyle w:val="Heading3"/>
      </w:pPr>
      <w:r>
        <w:t>Instagram and Facebook Stories</w:t>
      </w:r>
    </w:p>
    <w:p>
      <w:r>
        <w:t>Why are you coming to the #LordMayorsShow? 🐴</w:t>
        <w:br/>
        <w:br/>
        <w:t>Tag us in your story. Tell us who you're bringing. Tell us who you're cheering for. Tell us what this day means to you.</w:t>
        <w:br/>
        <w:br/>
        <w:t>The Show belongs to all of us - and we want to celebrate YOU.</w:t>
        <w:br/>
        <w:br/>
        <w:t>@lordmayorsshow #SoulOfLondon #WhyIGo #LordMayorsShow</w:t>
      </w:r>
    </w:p>
    <w:p/>
    <w:p>
      <w:pPr>
        <w:pStyle w:val="Heading3"/>
      </w:pPr>
      <w:r>
        <w:t>LinkedIn</w:t>
      </w:r>
    </w:p>
    <w:p>
      <w:r>
        <w:t>Why I'm attending the Lord Mayor's Show this Saturday.</w:t>
        <w:br/>
        <w:br/>
        <w:t>Everyone's reasons are different. For some, it's about family tradition - bringing children to experience their first civic ceremony. For others, it's about professional pride - marching with their organisation or cheering colleagues on. Some come for the spectacle and history. Others come for community, to witness London bringing itself together.</w:t>
        <w:br/>
        <w:br/>
        <w:t>What's your reason for being there on Saturday 14 November?</w:t>
        <w:br/>
        <w:br/>
        <w:t>Share your story in the comments - or tag @lordmayorsshow across social media. The Show is made meaningful by the reasons people show up.</w:t>
        <w:br/>
        <w:br/>
        <w:t>#LordMayorsShow #SoulOfLondon #CivicPride #CityOfLondon</w:t>
      </w:r>
    </w:p>
    <w:p/>
    <w:p>
      <w:pPr>
        <w:pStyle w:val="Heading2"/>
      </w:pPr>
      <w:r>
        <w:t>On-the-day: You made this happen</w:t>
      </w:r>
    </w:p>
    <w:p>
      <w:pPr>
        <w:pStyle w:val="Heading3"/>
      </w:pPr>
      <w:r>
        <w:t>Instagram and Facebook</w:t>
      </w:r>
    </w:p>
    <w:p>
      <w:r>
        <w:t>YOU are the reason this moment is magic. 🐴✨</w:t>
        <w:br/>
        <w:br/>
        <w:t>Right now, hundreds of thousands of you are in the streets, cheering, celebrating, sharing this day together. The crowds are the heart of the #SoulOfLondon.</w:t>
        <w:br/>
        <w:br/>
        <w:t>Your presence matters. Your cheers matter. Your joy matters.</w:t>
        <w:br/>
        <w:br/>
        <w:t>@lordmayorsshow #LordMayorsShow #YouMatter #SoulOfLondon</w:t>
      </w:r>
    </w:p>
    <w:p/>
    <w:p>
      <w:pPr>
        <w:pStyle w:val="Heading3"/>
      </w:pPr>
      <w:r>
        <w:t>X (formerly Twitter)</w:t>
      </w:r>
    </w:p>
    <w:p>
      <w:r>
        <w:t>Hundreds of thousands of you. All here. All together. THIS is the #SoulOfLondon. Thank you for being here. 🐴</w:t>
        <w:br/>
        <w:br/>
        <w:t>@lordmayors_show #LordMayorsShow</w:t>
      </w:r>
    </w:p>
    <w:p/>
    <w:p>
      <w:pPr>
        <w:pStyle w:val="Heading3"/>
      </w:pPr>
      <w:r>
        <w:t>LinkedIn</w:t>
      </w:r>
    </w:p>
    <w:p>
      <w:r>
        <w:t>This is what civic pride looks like.</w:t>
        <w:br/>
        <w:br/>
        <w:t>Right now, the streets are filled with hundreds of thousands of people - families, friends, colleagues, communities - witnessing one of the world's oldest processions. The noise, the colour, the energy - it's all because of you showing up.</w:t>
        <w:br/>
        <w:br/>
        <w:t>The floats are spectacular because organisations poured months of planning and creativity into them. The parade is powerful because thousands of participants marched with purpose. And the moment is meaningful because all of you - the spectators - brought your presence, your cheers, your joy.</w:t>
        <w:br/>
        <w:br/>
        <w:t>This is the #SoulOfLondon. This is what happens when a city celebrates itself together.</w:t>
        <w:br/>
        <w:br/>
        <w:t>Thank you for being part of it. 🐴 #LordMayorsShow #CivicPride #CityOfLondon</w:t>
      </w:r>
    </w:p>
    <w:p/>
    <w:p>
      <w:pPr>
        <w:pStyle w:val="Heading2"/>
      </w:pPr>
      <w:r>
        <w:t>On-the-day: Shout out to the kids</w:t>
      </w:r>
    </w:p>
    <w:p>
      <w:pPr>
        <w:pStyle w:val="Heading3"/>
      </w:pPr>
      <w:r>
        <w:t>Instagram and Facebook Stories</w:t>
      </w:r>
    </w:p>
    <w:p>
      <w:r>
        <w:t>To the kids seeing the #LordMayorsShow for the first time - you're amazing. 🐴</w:t>
        <w:br/>
        <w:br/>
        <w:t>Your eyes are wide. Your smiles are huge. Your wonder is everything. This is the moment you'll tell your own kids about one day.</w:t>
        <w:br/>
        <w:br/>
        <w:t>You're part of 800 years of history. Right now. Today.</w:t>
        <w:br/>
        <w:br/>
        <w:t>@lordmayorsshow #LordMayorsShow #KidsOfLondon #SoulOfLondon</w:t>
      </w:r>
    </w:p>
    <w:p/>
    <w:p>
      <w:pPr>
        <w:pStyle w:val="Heading3"/>
      </w:pPr>
      <w:r>
        <w:t>LinkedIn</w:t>
      </w:r>
    </w:p>
    <w:p>
      <w:r>
        <w:t>To the young people experiencing the Lord Mayor's Show for the first time today.</w:t>
        <w:br/>
        <w:br/>
        <w:t>What you're witnessing is 800 years of London civic tradition, brought to life by thousands of people who believe this moment matters. The parade you're seeing represents charities serving communities, schools inspiring students, organisations building futures, and institutions preserving heritage.</w:t>
        <w:br/>
        <w:br/>
        <w:t>Years from now, you'll tell people where you were on Saturday 14 November 2026 - the day you saw the Lord Mayor's Show. This is the kind of memory that shapes how you see your city, your community, and your place in something larger than yourself.</w:t>
        <w:br/>
        <w:br/>
        <w:t>You're not just watching. You're witnessing. And you're part of London's story.</w:t>
        <w:br/>
        <w:br/>
        <w:t>#LordMayorsShow #SoulOfLondon #CityOfLondon #CivicPride</w:t>
      </w:r>
    </w:p>
    <w:p/>
    <w:p>
      <w:pPr>
        <w:pStyle w:val="Heading2"/>
      </w:pPr>
      <w:r>
        <w:t>On-the-day: Found your person?</w:t>
      </w:r>
    </w:p>
    <w:p>
      <w:pPr>
        <w:pStyle w:val="Heading3"/>
      </w:pPr>
      <w:r>
        <w:t>Instagram and Facebook Stories</w:t>
      </w:r>
    </w:p>
    <w:p>
      <w:r>
        <w:t>Did you spot them? 🎉🐴</w:t>
        <w:br/>
        <w:br/>
        <w:t>If you're out there looking for your loved one in the procession - keep your eyes open, your phone ready, your voice loud. When they pass, they'll look for you in the crowd.</w:t>
        <w:br/>
        <w:br/>
        <w:t>These are the moments that matter.</w:t>
        <w:br/>
        <w:br/>
        <w:t>Tag us when you see them: @lordmayorsshow #LordMayorsShow #FoundYou #ProudMoment</w:t>
      </w:r>
    </w:p>
    <w:p/>
    <w:p>
      <w:pPr>
        <w:pStyle w:val="Heading3"/>
      </w:pPr>
      <w:r>
        <w:t>LinkedIn</w:t>
      </w:r>
    </w:p>
    <w:p>
      <w:r>
        <w:t>Those moments matter.</w:t>
        <w:br/>
        <w:br/>
        <w:t>When someone you care about walks or rides past and knows you're in the crowd cheering. When they spot you in the sea of faces. When they feel that connection in a moment that's both massive - hundreds of thousands of people - and deeply personal.</w:t>
        <w:br/>
        <w:br/>
        <w:t>That's what the Lord Mayor's Show creates. A space where individual pride and civic celebration meet. Where you're part of something grand, and something intimate, at the same time.</w:t>
        <w:br/>
        <w:br/>
        <w:t>If you found your person in the procession today - shared that moment with them - you know exactly what we mean.</w:t>
        <w:br/>
        <w:br/>
        <w:t>Share it with us. Tag @lordmayorsshow #LordMayorsShow #SoulOfLondon #ProudMoment</w:t>
      </w:r>
    </w:p>
    <w:p/>
    <w:p>
      <w:pPr>
        <w:pStyle w:val="Heading2"/>
      </w:pPr>
      <w:r>
        <w:t>On-the-day: Living it with you</w:t>
      </w:r>
    </w:p>
    <w:p>
      <w:pPr>
        <w:pStyle w:val="Heading3"/>
      </w:pPr>
      <w:r>
        <w:t>Instagram and Facebook Live/Stories</w:t>
      </w:r>
    </w:p>
    <w:p>
      <w:r>
        <w:t>LIVE with you. 🐴 Right now.</w:t>
        <w:br/>
        <w:br/>
        <w:t>Whether you're in the City, at home, or watching with people you love - we're here experiencing this moment together.</w:t>
        <w:br/>
        <w:br/>
        <w:t>Tell us where you are. Who you're with. What you're feeling. You're part of the story.</w:t>
        <w:br/>
        <w:br/>
        <w:t>@lordmayorsshow #LordMayorsShow #SoulOfLondon #Live</w:t>
      </w:r>
    </w:p>
    <w:p/>
    <w:p>
      <w:pPr>
        <w:pStyle w:val="Heading3"/>
      </w:pPr>
      <w:r>
        <w:t>LinkedIn</w:t>
      </w:r>
    </w:p>
    <w:p>
      <w:r>
        <w:t>Living the Lord Mayor's Show moment together.</w:t>
        <w:br/>
        <w:br/>
        <w:t>Whether you're watching in the streets, from an office window, from your sofa at home, or somewhere in between - you're part of this. The Show happens because people gather, witness, and share the experience.</w:t>
        <w:br/>
        <w:br/>
        <w:t>Today, hundreds of thousands of people across London are having the same moment at the same time. That connection - that shared civic experience - is what makes this day matter.</w:t>
        <w:br/>
        <w:br/>
        <w:t>Where are you experiencing the Show from? Who are you with? What does this moment mean to you?</w:t>
        <w:br/>
        <w:br/>
        <w:t>Share your perspective. Tag @lordmayorsshow #LordMayorsShow #SoulOfLondon #CityOfLondon</w:t>
      </w:r>
    </w:p>
    <w:p/>
    <w:p>
      <w:pPr>
        <w:pStyle w:val="Heading2"/>
      </w:pPr>
      <w:r>
        <w:t>Post-event: You were brilliant</w:t>
      </w:r>
    </w:p>
    <w:p>
      <w:pPr>
        <w:pStyle w:val="Heading3"/>
      </w:pPr>
      <w:r>
        <w:t>Instagram and Facebook</w:t>
      </w:r>
    </w:p>
    <w:p>
      <w:r>
        <w:t>You. Yes, you. You made it unforgettable. 🐴✨</w:t>
        <w:br/>
        <w:br/>
        <w:t>The families in the crowd. The kids with their eyes wide. The people cheering for loved ones. The Londoners standing shoulder-to-shoulder. The friends who brought friends who brought more friends.</w:t>
        <w:br/>
        <w:br/>
        <w:t>You ARE the #SoulOfLondon. Thank you.</w:t>
        <w:br/>
        <w:br/>
        <w:t>@lordmayorsshow #LordMayorsShow #SoulOfLondon #ThankYou</w:t>
      </w:r>
    </w:p>
    <w:p/>
    <w:p>
      <w:pPr>
        <w:pStyle w:val="Heading3"/>
      </w:pPr>
      <w:r>
        <w:t>X (formerly Twitter)</w:t>
      </w:r>
    </w:p>
    <w:p>
      <w:r>
        <w:t>To everyone in the crowd today - families, kids, supporters, Londoners, first-timers, old hands - you made this magical. We feel your joy. We see your pride. We celebrate YOU. 🐴 @lordmayors_show #SoulOfLondon</w:t>
      </w:r>
    </w:p>
    <w:p/>
    <w:p>
      <w:pPr>
        <w:pStyle w:val="Heading3"/>
      </w:pPr>
      <w:r>
        <w:t>LinkedIn</w:t>
      </w:r>
    </w:p>
    <w:p>
      <w:r>
        <w:t>Thank you for being the heart of the Lord Mayor's Show.</w:t>
        <w:br/>
        <w:br/>
        <w:t>Hundreds of thousands of you lined the streets. You brought your families, your friends, your colleagues. You cheered. You celebrated. You witnessed. You made it real.</w:t>
        <w:br/>
        <w:br/>
        <w:t>The floats were spectacular because of your attention. The parade was meaningful because of your presence. The day was memorable because you showed up and made it matter.</w:t>
        <w:br/>
        <w:br/>
        <w:t>This is civic engagement at its best - not just observing, but being part of something that's larger than ourselves. Something that connects us to 800 years of London history and to each other.</w:t>
        <w:br/>
        <w:br/>
        <w:t>Thank you for the #SoulOfLondon. See you next year. 🐴 #LordMayorsShow #CivicPride #CityOfLondon</w:t>
      </w:r>
    </w:p>
    <w:p/>
    <w:p>
      <w:pPr>
        <w:pStyle w:val="Heading2"/>
      </w:pPr>
      <w:r>
        <w:t>Post-event: Share your photo</w:t>
      </w:r>
    </w:p>
    <w:p>
      <w:pPr>
        <w:pStyle w:val="Heading3"/>
      </w:pPr>
      <w:r>
        <w:t>Instagram and Facebook</w:t>
      </w:r>
    </w:p>
    <w:p>
      <w:r>
        <w:t>Your moment. Our gallery. 📸🐴</w:t>
        <w:br/>
        <w:br/>
        <w:t>Did you capture something brilliant? Your kid's first Show? Your family cheering together? That incredible float? That moment when it all went past?</w:t>
        <w:br/>
        <w:br/>
        <w:t>Tag us. Share it. Your photos ARE the story of the day.</w:t>
        <w:br/>
        <w:br/>
        <w:t>@lordmayorsshow #LordMayorsShow #SoulOfLondon #ShareYourPhoto #YourMemory</w:t>
      </w:r>
    </w:p>
    <w:p/>
    <w:p>
      <w:pPr>
        <w:pStyle w:val="Heading3"/>
      </w:pPr>
      <w:r>
        <w:t>X (formerly Twitter)</w:t>
      </w:r>
    </w:p>
    <w:p>
      <w:r>
        <w:t>Your photos, your moments, your stories. Share them. Tag @lordmayors_show #LordMayorsShow. You're the documentarians of the day. 📸🐴</w:t>
      </w:r>
    </w:p>
    <w:p/>
    <w:p>
      <w:pPr>
        <w:pStyle w:val="Heading3"/>
      </w:pPr>
      <w:r>
        <w:t>LinkedIn</w:t>
      </w:r>
    </w:p>
    <w:p>
      <w:r>
        <w:t>Your photo tells the story of the Lord Mayor's Show.</w:t>
        <w:br/>
        <w:br/>
        <w:t>That moment when your kid's eyes lit up. That split second when your loved one rode past. That captured feeling of hundreds of thousands of people celebrating together. That architectural detail of a float that took months to build. That expression of civic pride on a stranger's face.</w:t>
        <w:br/>
        <w:br/>
        <w:t>Your photos aren't just memories - they're part of the collective story of this day. They show what mattered to you, what caught your attention, what made the Show real for you personally.</w:t>
        <w:br/>
        <w:br/>
        <w:t>Share them. Tag @lordmayorsshow. You're not just documenting - you're helping all of us understand what the #SoulOfLondon means.</w:t>
        <w:br/>
        <w:br/>
        <w:t>#LordMayorsShow #SoulOfLondon #CityOfLondon #SharedMemory</w:t>
      </w:r>
    </w:p>
    <w:p/>
    <w:p>
      <w:pPr>
        <w:pStyle w:val="Heading2"/>
      </w:pPr>
      <w:r>
        <w:t>Post-event: Tell us what it meant</w:t>
      </w:r>
    </w:p>
    <w:p>
      <w:pPr>
        <w:pStyle w:val="Heading3"/>
      </w:pPr>
      <w:r>
        <w:t>Instagram and Facebook Stories</w:t>
      </w:r>
    </w:p>
    <w:p>
      <w:r>
        <w:t>What will you tell them? 💭🐴</w:t>
        <w:br/>
        <w:br/>
        <w:t>In a month, in a year, in a decade - what will you remember about today? What will you tell your kids? Your grandkids? Your friends?</w:t>
        <w:br/>
        <w:br/>
        <w:t>Tell us now. Your story matters. The #LordMayorsShow is built from moments like yours.</w:t>
        <w:br/>
        <w:br/>
        <w:t>@lordmayorsshow #LordMayorsShow #SoulOfLondon #YourStory</w:t>
      </w:r>
    </w:p>
    <w:p/>
    <w:p>
      <w:pPr>
        <w:pStyle w:val="Heading3"/>
      </w:pPr>
      <w:r>
        <w:t>X (formerly Twitter)</w:t>
      </w:r>
    </w:p>
    <w:p>
      <w:r>
        <w:t>What will you tell them about today? Share your #LordMayorsShow moment with us. Your story is part of the #SoulOfLondon. 🐴 @lordmayors_show</w:t>
      </w:r>
    </w:p>
    <w:p/>
    <w:p>
      <w:pPr>
        <w:pStyle w:val="Heading3"/>
      </w:pPr>
      <w:r>
        <w:t>LinkedIn</w:t>
      </w:r>
    </w:p>
    <w:p>
      <w:r>
        <w:t>What will the Lord Mayor's Show 2026 mean to you looking back?</w:t>
        <w:br/>
        <w:br/>
        <w:t>In a year, in a decade - what will stand out? The moment you shared with family? The pride of seeing your organisation's float? The feeling of being part of something ancient and alive? The connection you felt with hundreds of thousands of strangers who all showed up for the same reason?</w:t>
        <w:br/>
        <w:br/>
        <w:t>Those moments shape how we see our city and our place in it. They become part of our story.</w:t>
        <w:br/>
        <w:br/>
        <w:t>What's your story from today? Share it in the comments or tag @lordmayorsshow #LordMayorsShow #SoulOfLondon #CityOfLondon</w:t>
      </w:r>
    </w:p>
    <w:p/>
    <w:p>
      <w:pPr>
        <w:pStyle w:val="Heading2"/>
      </w:pPr>
      <w:r>
        <w:t>Post-event: Already thinking about next year</w:t>
      </w:r>
    </w:p>
    <w:p>
      <w:pPr>
        <w:pStyle w:val="Heading3"/>
      </w:pPr>
      <w:r>
        <w:t>Instagram and Facebook</w:t>
      </w:r>
    </w:p>
    <w:p>
      <w:r>
        <w:t>Saturday 14 November 2027. Save the date. 📅🐴</w:t>
        <w:br/>
        <w:br/>
        <w:t>If you were there today, you know. There's nothing like the #SoulOfLondon. If you missed it - mark your calendar now. Don't let another year go by without experiencing this.</w:t>
        <w:br/>
        <w:br/>
        <w:t>The memories you make are worth everything.</w:t>
        <w:br/>
        <w:br/>
        <w:t>lordmayorsshow.london @lordmayorsshow #LordMayorsShow #SoulOfLondon #NextYear</w:t>
      </w:r>
    </w:p>
    <w:p/>
    <w:p>
      <w:pPr>
        <w:pStyle w:val="Heading3"/>
      </w:pPr>
      <w:r>
        <w:t>X (formerly Twitter)</w:t>
      </w:r>
    </w:p>
    <w:p>
      <w:r>
        <w:t>If you were there today - you already know. Saturday 14 November 2027. Same day. Bring more people. 🐴 @lordmayors_show #SoulOfLondon #LordMayorsShow</w:t>
      </w:r>
    </w:p>
    <w:p/>
    <w:p>
      <w:pPr>
        <w:pStyle w:val="Heading3"/>
      </w:pPr>
      <w:r>
        <w:t>LinkedIn</w:t>
      </w:r>
    </w:p>
    <w:p>
      <w:r>
        <w:t>Already thinking about next year's Lord Mayor's Show?</w:t>
        <w:br/>
        <w:br/>
        <w:t>If you were there today, you understand. The spectacle, the scale, the civic pride, the connection to 800 years of history, the moment of being part of something larger than yourself - it stays with you.</w:t>
        <w:br/>
        <w:br/>
        <w:t>Saturday 14 November 2027. Mark it now. Bring more people with you next time. Tell your friends, colleagues, and family why this moment matters.</w:t>
        <w:br/>
        <w:br/>
        <w:t>The Lord Mayor's Show isn't just one day - it's the kind of experience that shapes how you see your city.</w:t>
        <w:br/>
        <w:br/>
        <w:t>lordmayorsshow.london @lordmayorsshow #LordMayorsShow #SoulOfLondon #CivicPride</w:t>
      </w:r>
    </w:p>
    <w:p/>
    <w:p/>
    <w:p>
      <w:r>
        <w:rPr>
          <w:i/>
          <w:sz w:val="18"/>
        </w:rPr>
        <w:t>Updated: May 2026  |  For questions or assets, contact lms@cityoflondon.gov.uk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